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D7841" w14:textId="11EB33A7" w:rsidR="00A1669E" w:rsidRPr="00EE5094" w:rsidRDefault="00A1669E" w:rsidP="000C739F">
      <w:pPr>
        <w:spacing w:after="0"/>
        <w:jc w:val="center"/>
        <w:rPr>
          <w:rFonts w:ascii="Times New Roman" w:hAnsi="Times New Roman" w:cs="Times New Roman"/>
          <w:b/>
          <w:sz w:val="28"/>
          <w:szCs w:val="28"/>
        </w:rPr>
      </w:pPr>
      <w:r w:rsidRPr="00EE5094">
        <w:rPr>
          <w:rFonts w:ascii="Times New Roman" w:hAnsi="Times New Roman" w:cs="Times New Roman"/>
          <w:b/>
          <w:bCs/>
          <w:noProof/>
          <w:sz w:val="28"/>
          <w:szCs w:val="28"/>
        </w:rPr>
        <w:drawing>
          <wp:inline distT="0" distB="0" distL="0" distR="0" wp14:anchorId="07293F93" wp14:editId="2DDEEBB9">
            <wp:extent cx="822325" cy="803275"/>
            <wp:effectExtent l="0" t="0" r="0" b="0"/>
            <wp:docPr id="1514221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21189" name="Picture 1514221189"/>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2325" cy="803275"/>
                    </a:xfrm>
                    <a:prstGeom prst="rect">
                      <a:avLst/>
                    </a:prstGeom>
                  </pic:spPr>
                </pic:pic>
              </a:graphicData>
            </a:graphic>
          </wp:inline>
        </w:drawing>
      </w:r>
    </w:p>
    <w:p w14:paraId="4717FCD4" w14:textId="66AB6779" w:rsidR="00DB70D6" w:rsidRPr="00EE5094" w:rsidRDefault="00000000" w:rsidP="000C739F">
      <w:pPr>
        <w:spacing w:after="0"/>
        <w:jc w:val="center"/>
        <w:rPr>
          <w:rFonts w:ascii="Times New Roman" w:hAnsi="Times New Roman" w:cs="Times New Roman"/>
          <w:sz w:val="28"/>
          <w:szCs w:val="28"/>
        </w:rPr>
      </w:pPr>
      <w:r w:rsidRPr="00EE5094">
        <w:rPr>
          <w:rFonts w:ascii="Times New Roman" w:hAnsi="Times New Roman" w:cs="Times New Roman"/>
          <w:b/>
          <w:sz w:val="28"/>
          <w:szCs w:val="28"/>
        </w:rPr>
        <w:t>EAST WEST UNIVERSITY</w:t>
      </w:r>
    </w:p>
    <w:p w14:paraId="7E4B1B31" w14:textId="77777777" w:rsidR="00DB70D6" w:rsidRPr="00EE5094" w:rsidRDefault="00000000" w:rsidP="000C739F">
      <w:pPr>
        <w:spacing w:after="0"/>
        <w:jc w:val="center"/>
        <w:rPr>
          <w:rFonts w:ascii="Times New Roman" w:hAnsi="Times New Roman" w:cs="Times New Roman"/>
          <w:b/>
          <w:sz w:val="28"/>
          <w:szCs w:val="28"/>
        </w:rPr>
      </w:pPr>
      <w:r w:rsidRPr="00EE5094">
        <w:rPr>
          <w:rFonts w:ascii="Times New Roman" w:hAnsi="Times New Roman" w:cs="Times New Roman"/>
          <w:b/>
          <w:sz w:val="28"/>
          <w:szCs w:val="28"/>
        </w:rPr>
        <w:t>CENTER FOR RESEARCH AND TRAINING (EWUCRT)</w:t>
      </w:r>
    </w:p>
    <w:p w14:paraId="1CF69430" w14:textId="77777777" w:rsidR="00715C9F" w:rsidRPr="00EE5094" w:rsidRDefault="00715C9F" w:rsidP="000C739F">
      <w:pPr>
        <w:spacing w:after="0"/>
        <w:jc w:val="center"/>
        <w:rPr>
          <w:rFonts w:ascii="Times New Roman" w:hAnsi="Times New Roman" w:cs="Times New Roman"/>
          <w:sz w:val="28"/>
          <w:szCs w:val="28"/>
        </w:rPr>
      </w:pPr>
    </w:p>
    <w:p w14:paraId="225F2043" w14:textId="77777777" w:rsidR="00DB70D6" w:rsidRPr="00EE5094" w:rsidRDefault="00000000" w:rsidP="000C739F">
      <w:pPr>
        <w:spacing w:after="0"/>
        <w:jc w:val="center"/>
        <w:rPr>
          <w:rFonts w:ascii="Times New Roman" w:hAnsi="Times New Roman" w:cs="Times New Roman"/>
          <w:b/>
          <w:sz w:val="28"/>
          <w:szCs w:val="28"/>
        </w:rPr>
      </w:pPr>
      <w:r w:rsidRPr="00EE5094">
        <w:rPr>
          <w:rFonts w:ascii="Times New Roman" w:hAnsi="Times New Roman" w:cs="Times New Roman"/>
          <w:b/>
          <w:sz w:val="28"/>
          <w:szCs w:val="28"/>
        </w:rPr>
        <w:t>Research Proposal Evaluation Form</w:t>
      </w:r>
    </w:p>
    <w:p w14:paraId="36656EC0" w14:textId="77777777" w:rsidR="00DB70D6" w:rsidRPr="00EE5094" w:rsidRDefault="00000000" w:rsidP="00C55904">
      <w:pPr>
        <w:spacing w:after="0"/>
        <w:ind w:left="-180"/>
        <w:jc w:val="both"/>
        <w:rPr>
          <w:rFonts w:ascii="Times New Roman" w:hAnsi="Times New Roman" w:cs="Times New Roman"/>
          <w:sz w:val="24"/>
          <w:szCs w:val="24"/>
        </w:rPr>
      </w:pPr>
      <w:r w:rsidRPr="00EE5094">
        <w:rPr>
          <w:rFonts w:ascii="Times New Roman" w:hAnsi="Times New Roman" w:cs="Times New Roman"/>
          <w:b/>
          <w:i/>
          <w:sz w:val="24"/>
          <w:szCs w:val="24"/>
        </w:rPr>
        <w:t>Note:</w:t>
      </w:r>
      <w:r w:rsidRPr="00EE5094">
        <w:rPr>
          <w:rFonts w:ascii="Times New Roman" w:hAnsi="Times New Roman" w:cs="Times New Roman"/>
          <w:i/>
          <w:sz w:val="24"/>
          <w:szCs w:val="24"/>
        </w:rPr>
        <w:t xml:space="preserve"> Please provide your specific comments and recommendations in the research proposal using </w:t>
      </w:r>
      <w:r w:rsidRPr="00EE5094">
        <w:rPr>
          <w:rFonts w:ascii="Times New Roman" w:hAnsi="Times New Roman" w:cs="Times New Roman"/>
          <w:b/>
          <w:bCs/>
          <w:i/>
          <w:sz w:val="24"/>
          <w:szCs w:val="24"/>
        </w:rPr>
        <w:t>Track Changes.</w:t>
      </w:r>
    </w:p>
    <w:p w14:paraId="3292FD52" w14:textId="77777777" w:rsidR="00715C9F" w:rsidRPr="00EE5094" w:rsidRDefault="00715C9F" w:rsidP="000C739F">
      <w:pPr>
        <w:spacing w:after="0"/>
        <w:ind w:left="-180"/>
        <w:rPr>
          <w:rFonts w:ascii="Times New Roman" w:hAnsi="Times New Roman" w:cs="Times New Roman"/>
          <w:sz w:val="24"/>
          <w:szCs w:val="24"/>
        </w:rPr>
      </w:pPr>
    </w:p>
    <w:p w14:paraId="6C568F5E" w14:textId="0EF4E6A6" w:rsidR="00DB70D6" w:rsidRPr="00EE5094" w:rsidRDefault="00000000" w:rsidP="000C739F">
      <w:pPr>
        <w:spacing w:after="0"/>
        <w:ind w:left="-180"/>
        <w:rPr>
          <w:rFonts w:ascii="Times New Roman" w:hAnsi="Times New Roman" w:cs="Times New Roman"/>
          <w:b/>
          <w:bCs/>
          <w:sz w:val="24"/>
          <w:szCs w:val="24"/>
        </w:rPr>
      </w:pPr>
      <w:r w:rsidRPr="00EE5094">
        <w:rPr>
          <w:rFonts w:ascii="Times New Roman" w:hAnsi="Times New Roman" w:cs="Times New Roman"/>
          <w:b/>
          <w:bCs/>
          <w:sz w:val="24"/>
          <w:szCs w:val="24"/>
        </w:rPr>
        <w:t>Research Proposal Title: …………………………………………………………………………………………………</w:t>
      </w:r>
      <w:r w:rsidR="00E82BFB">
        <w:rPr>
          <w:rFonts w:ascii="Times New Roman" w:hAnsi="Times New Roman" w:cs="Times New Roman"/>
          <w:b/>
          <w:bCs/>
          <w:sz w:val="24"/>
          <w:szCs w:val="24"/>
        </w:rPr>
        <w:t>………...</w:t>
      </w:r>
    </w:p>
    <w:p w14:paraId="27BC3B6D" w14:textId="77777777" w:rsidR="00715C9F" w:rsidRPr="003F0688" w:rsidRDefault="00715C9F" w:rsidP="000C739F">
      <w:pPr>
        <w:spacing w:after="0"/>
        <w:rPr>
          <w:rFonts w:ascii="Times New Roman" w:hAnsi="Times New Roman" w:cs="Times New Roman"/>
          <w:b/>
          <w:bCs/>
          <w:sz w:val="18"/>
          <w:szCs w:val="18"/>
        </w:rPr>
      </w:pPr>
    </w:p>
    <w:p w14:paraId="294AAE26" w14:textId="77777777" w:rsidR="00EE5094" w:rsidRPr="00EE5094" w:rsidRDefault="00EE5094" w:rsidP="000C739F">
      <w:pPr>
        <w:spacing w:after="0"/>
        <w:rPr>
          <w:rFonts w:ascii="Times New Roman" w:hAnsi="Times New Roman" w:cs="Times New Roman"/>
          <w:b/>
          <w:bCs/>
          <w:sz w:val="24"/>
          <w:szCs w:val="24"/>
        </w:rPr>
      </w:pPr>
    </w:p>
    <w:p w14:paraId="4FC6FE43" w14:textId="77777777" w:rsidR="00DB70D6" w:rsidRPr="00EE5094" w:rsidRDefault="00000000" w:rsidP="000C739F">
      <w:pPr>
        <w:spacing w:after="0"/>
        <w:jc w:val="center"/>
        <w:rPr>
          <w:rFonts w:ascii="Times New Roman" w:hAnsi="Times New Roman" w:cs="Times New Roman"/>
          <w:b/>
          <w:bCs/>
          <w:sz w:val="24"/>
          <w:szCs w:val="24"/>
        </w:rPr>
      </w:pPr>
      <w:r w:rsidRPr="00EE5094">
        <w:rPr>
          <w:rFonts w:ascii="Times New Roman" w:hAnsi="Times New Roman" w:cs="Times New Roman"/>
          <w:b/>
          <w:bCs/>
          <w:sz w:val="24"/>
          <w:szCs w:val="24"/>
          <w:highlight w:val="lightGray"/>
        </w:rPr>
        <w:t>Reviewer’s Comments and Recommendations on Sections 1–16:</w:t>
      </w:r>
    </w:p>
    <w:p w14:paraId="7E6C2DC2" w14:textId="77777777" w:rsidR="00715C9F" w:rsidRPr="00EE5094" w:rsidRDefault="00715C9F" w:rsidP="000C739F">
      <w:pPr>
        <w:spacing w:after="0"/>
        <w:jc w:val="center"/>
        <w:rPr>
          <w:rFonts w:ascii="Times New Roman" w:hAnsi="Times New Roman" w:cs="Times New Roman"/>
          <w:b/>
          <w:bCs/>
          <w:sz w:val="24"/>
          <w:szCs w:val="24"/>
        </w:rPr>
      </w:pPr>
    </w:p>
    <w:tbl>
      <w:tblPr>
        <w:tblW w:w="0" w:type="auto"/>
        <w:tblInd w:w="-72" w:type="dxa"/>
        <w:tblLayout w:type="fixed"/>
        <w:tblLook w:val="04A0" w:firstRow="1" w:lastRow="0" w:firstColumn="1" w:lastColumn="0" w:noHBand="0" w:noVBand="1"/>
      </w:tblPr>
      <w:tblGrid>
        <w:gridCol w:w="9900"/>
      </w:tblGrid>
      <w:tr w:rsidR="00DB70D6" w:rsidRPr="00EE5094" w14:paraId="57B4C63D" w14:textId="77777777" w:rsidTr="00496BFD">
        <w:tc>
          <w:tcPr>
            <w:tcW w:w="9900" w:type="dxa"/>
            <w:tcBorders>
              <w:top w:val="single" w:sz="8" w:space="0" w:color="000000"/>
              <w:left w:val="single" w:sz="8" w:space="0" w:color="000000"/>
              <w:bottom w:val="single" w:sz="8" w:space="0" w:color="000000"/>
              <w:right w:val="single" w:sz="8" w:space="0" w:color="000000"/>
            </w:tcBorders>
            <w:vAlign w:val="center"/>
          </w:tcPr>
          <w:p w14:paraId="20152696" w14:textId="77777777" w:rsidR="00DB70D6" w:rsidRPr="00EE5094" w:rsidRDefault="00000000" w:rsidP="004868DE">
            <w:pPr>
              <w:spacing w:after="0"/>
              <w:ind w:left="72"/>
              <w:rPr>
                <w:rFonts w:ascii="Times New Roman" w:hAnsi="Times New Roman" w:cs="Times New Roman"/>
                <w:sz w:val="24"/>
                <w:szCs w:val="24"/>
              </w:rPr>
            </w:pPr>
            <w:r w:rsidRPr="00EE5094">
              <w:rPr>
                <w:rFonts w:ascii="Times New Roman" w:hAnsi="Times New Roman" w:cs="Times New Roman"/>
                <w:b/>
                <w:sz w:val="24"/>
                <w:szCs w:val="24"/>
              </w:rPr>
              <w:t>1.   Research Title</w:t>
            </w:r>
          </w:p>
          <w:p w14:paraId="6675FE97" w14:textId="1AF4948C" w:rsidR="00DB70D6" w:rsidRPr="00EE5094" w:rsidRDefault="00000000" w:rsidP="008E4CE7">
            <w:pPr>
              <w:pStyle w:val="ListParagraph"/>
              <w:numPr>
                <w:ilvl w:val="0"/>
                <w:numId w:val="11"/>
              </w:numPr>
              <w:spacing w:after="0"/>
              <w:ind w:left="465"/>
              <w:jc w:val="both"/>
              <w:rPr>
                <w:rFonts w:ascii="Times New Roman" w:hAnsi="Times New Roman" w:cs="Times New Roman"/>
                <w:i/>
                <w:iCs/>
                <w:sz w:val="24"/>
                <w:szCs w:val="24"/>
              </w:rPr>
            </w:pPr>
            <w:r w:rsidRPr="00EE5094">
              <w:rPr>
                <w:rFonts w:ascii="Times New Roman" w:hAnsi="Times New Roman" w:cs="Times New Roman"/>
                <w:i/>
                <w:iCs/>
                <w:sz w:val="24"/>
                <w:szCs w:val="24"/>
              </w:rPr>
              <w:t>Is the research title clear, concise, and appropriate for the proposed study?</w:t>
            </w:r>
          </w:p>
        </w:tc>
      </w:tr>
    </w:tbl>
    <w:p w14:paraId="14070BEB" w14:textId="77777777" w:rsidR="007574E4" w:rsidRPr="003F0688" w:rsidRDefault="007574E4" w:rsidP="000C739F">
      <w:pPr>
        <w:spacing w:after="0"/>
        <w:rPr>
          <w:rFonts w:ascii="Times New Roman" w:hAnsi="Times New Roman" w:cs="Times New Roman"/>
          <w:b/>
          <w:sz w:val="18"/>
          <w:szCs w:val="18"/>
        </w:rPr>
      </w:pPr>
    </w:p>
    <w:p w14:paraId="4D25F4C4" w14:textId="559D710E" w:rsidR="00DB70D6" w:rsidRPr="00EE5094" w:rsidRDefault="00000000" w:rsidP="00FE44D7">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61281262" w14:textId="0DE77255" w:rsidR="00FE44D7" w:rsidRPr="00EE5094" w:rsidRDefault="00000000" w:rsidP="00FE44D7">
      <w:pPr>
        <w:spacing w:after="0"/>
        <w:ind w:left="-90"/>
        <w:rPr>
          <w:rFonts w:ascii="Times New Roman" w:hAnsi="Times New Roman" w:cs="Times New Roman"/>
          <w:sz w:val="24"/>
          <w:szCs w:val="24"/>
        </w:rPr>
      </w:pPr>
      <w:r w:rsidRPr="00EE5094">
        <w:rPr>
          <w:rFonts w:ascii="Times New Roman" w:hAnsi="Times New Roman" w:cs="Times New Roman"/>
          <w:sz w:val="24"/>
          <w:szCs w:val="24"/>
        </w:rPr>
        <w:t>…………………………………………………………………………………………………………</w:t>
      </w:r>
      <w:r w:rsidR="00FE44D7">
        <w:rPr>
          <w:rFonts w:ascii="Times New Roman" w:hAnsi="Times New Roman" w:cs="Times New Roman"/>
          <w:sz w:val="24"/>
          <w:szCs w:val="24"/>
        </w:rPr>
        <w:t>.</w:t>
      </w:r>
      <w:r w:rsidRPr="00EE5094">
        <w:rPr>
          <w:rFonts w:ascii="Times New Roman" w:hAnsi="Times New Roman" w:cs="Times New Roman"/>
          <w:sz w:val="24"/>
          <w:szCs w:val="24"/>
        </w:rPr>
        <w:t>…………………………………………………………………………………………………………</w:t>
      </w:r>
      <w:r w:rsidR="00FE44D7">
        <w:rPr>
          <w:rFonts w:ascii="Times New Roman" w:hAnsi="Times New Roman" w:cs="Times New Roman"/>
          <w:sz w:val="24"/>
          <w:szCs w:val="24"/>
        </w:rPr>
        <w:t>.</w:t>
      </w:r>
      <w:r w:rsidR="00FE44D7" w:rsidRPr="00EE5094">
        <w:rPr>
          <w:rFonts w:ascii="Times New Roman" w:hAnsi="Times New Roman" w:cs="Times New Roman"/>
          <w:sz w:val="24"/>
          <w:szCs w:val="24"/>
        </w:rPr>
        <w:t>…………………………………………………………………………………………………………</w:t>
      </w:r>
      <w:r w:rsidR="00FE44D7">
        <w:rPr>
          <w:rFonts w:ascii="Times New Roman" w:hAnsi="Times New Roman" w:cs="Times New Roman"/>
          <w:sz w:val="24"/>
          <w:szCs w:val="24"/>
        </w:rPr>
        <w:t>.</w:t>
      </w:r>
    </w:p>
    <w:p w14:paraId="36F6CFCE" w14:textId="77777777" w:rsidR="00EE5094" w:rsidRPr="003F0688" w:rsidRDefault="00EE5094" w:rsidP="000C739F">
      <w:pPr>
        <w:spacing w:after="0"/>
        <w:ind w:left="-270"/>
        <w:rPr>
          <w:rFonts w:ascii="Times New Roman" w:hAnsi="Times New Roman" w:cs="Times New Roman"/>
          <w:sz w:val="18"/>
          <w:szCs w:val="18"/>
        </w:rPr>
      </w:pPr>
    </w:p>
    <w:tbl>
      <w:tblPr>
        <w:tblW w:w="9864" w:type="dxa"/>
        <w:tblLayout w:type="fixed"/>
        <w:tblLook w:val="04A0" w:firstRow="1" w:lastRow="0" w:firstColumn="1" w:lastColumn="0" w:noHBand="0" w:noVBand="1"/>
      </w:tblPr>
      <w:tblGrid>
        <w:gridCol w:w="9864"/>
      </w:tblGrid>
      <w:tr w:rsidR="00DB70D6" w:rsidRPr="00EE5094" w14:paraId="65C068DE" w14:textId="77777777" w:rsidTr="004868DE">
        <w:tc>
          <w:tcPr>
            <w:tcW w:w="9864" w:type="dxa"/>
            <w:tcBorders>
              <w:top w:val="single" w:sz="8" w:space="0" w:color="000000"/>
              <w:left w:val="single" w:sz="8" w:space="0" w:color="000000"/>
              <w:bottom w:val="single" w:sz="8" w:space="0" w:color="000000"/>
              <w:right w:val="single" w:sz="8" w:space="0" w:color="000000"/>
            </w:tcBorders>
            <w:vAlign w:val="center"/>
          </w:tcPr>
          <w:p w14:paraId="62053E14" w14:textId="77777777" w:rsidR="00DB70D6" w:rsidRPr="00EE5094" w:rsidRDefault="00000000" w:rsidP="000C739F">
            <w:pPr>
              <w:spacing w:after="0"/>
              <w:ind w:left="72"/>
              <w:rPr>
                <w:rFonts w:ascii="Times New Roman" w:hAnsi="Times New Roman" w:cs="Times New Roman"/>
                <w:sz w:val="24"/>
                <w:szCs w:val="24"/>
              </w:rPr>
            </w:pPr>
            <w:r w:rsidRPr="00EE5094">
              <w:rPr>
                <w:rFonts w:ascii="Times New Roman" w:hAnsi="Times New Roman" w:cs="Times New Roman"/>
                <w:b/>
                <w:sz w:val="24"/>
                <w:szCs w:val="24"/>
              </w:rPr>
              <w:t>2.   Executive Summary or Abstract</w:t>
            </w:r>
          </w:p>
          <w:p w14:paraId="7E2B7F52" w14:textId="40AA12D9" w:rsidR="00DB70D6" w:rsidRPr="00EE5094" w:rsidRDefault="00000000" w:rsidP="008E4CE7">
            <w:pPr>
              <w:pStyle w:val="ListParagraph"/>
              <w:numPr>
                <w:ilvl w:val="0"/>
                <w:numId w:val="11"/>
              </w:numPr>
              <w:spacing w:after="0"/>
              <w:ind w:left="465"/>
              <w:jc w:val="both"/>
              <w:rPr>
                <w:rFonts w:ascii="Times New Roman" w:hAnsi="Times New Roman" w:cs="Times New Roman"/>
                <w:i/>
                <w:iCs/>
                <w:sz w:val="24"/>
                <w:szCs w:val="24"/>
              </w:rPr>
            </w:pPr>
            <w:r w:rsidRPr="00EE5094">
              <w:rPr>
                <w:rFonts w:ascii="Times New Roman" w:hAnsi="Times New Roman" w:cs="Times New Roman"/>
                <w:i/>
                <w:iCs/>
                <w:sz w:val="24"/>
                <w:szCs w:val="24"/>
              </w:rPr>
              <w:t>Does the executive summary/abstract clearly present the overall purpose, study design, major findings (if applicable), interpretation, and conclusion of the research?</w:t>
            </w:r>
          </w:p>
        </w:tc>
      </w:tr>
    </w:tbl>
    <w:p w14:paraId="13E16FEF" w14:textId="77777777" w:rsidR="007574E4" w:rsidRPr="003F0688" w:rsidRDefault="007574E4" w:rsidP="000C739F">
      <w:pPr>
        <w:spacing w:after="0"/>
        <w:rPr>
          <w:rFonts w:ascii="Times New Roman" w:hAnsi="Times New Roman" w:cs="Times New Roman"/>
          <w:b/>
          <w:sz w:val="18"/>
          <w:szCs w:val="18"/>
        </w:rPr>
      </w:pPr>
    </w:p>
    <w:p w14:paraId="645D73E3" w14:textId="77777777" w:rsidR="008E4CE7" w:rsidRPr="00EE5094" w:rsidRDefault="008E4CE7" w:rsidP="008E4CE7">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7033B82F" w14:textId="77777777" w:rsidR="008E4CE7" w:rsidRPr="00EE5094" w:rsidRDefault="008E4CE7" w:rsidP="008E4CE7">
      <w:pPr>
        <w:spacing w:after="0"/>
        <w:ind w:left="-90"/>
        <w:rPr>
          <w:rFonts w:ascii="Times New Roman" w:hAnsi="Times New Roman" w:cs="Times New Roman"/>
          <w:sz w:val="24"/>
          <w:szCs w:val="24"/>
        </w:rPr>
      </w:pP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p>
    <w:p w14:paraId="223CEF10" w14:textId="77777777" w:rsidR="005C5E93" w:rsidRPr="003F0688" w:rsidRDefault="005C5E93" w:rsidP="000C739F">
      <w:pPr>
        <w:spacing w:after="0"/>
        <w:ind w:left="-270"/>
        <w:rPr>
          <w:rFonts w:ascii="Times New Roman" w:hAnsi="Times New Roman" w:cs="Times New Roman"/>
          <w:sz w:val="18"/>
          <w:szCs w:val="18"/>
        </w:rPr>
      </w:pPr>
    </w:p>
    <w:tbl>
      <w:tblPr>
        <w:tblW w:w="0" w:type="auto"/>
        <w:tblLayout w:type="fixed"/>
        <w:tblLook w:val="04A0" w:firstRow="1" w:lastRow="0" w:firstColumn="1" w:lastColumn="0" w:noHBand="0" w:noVBand="1"/>
      </w:tblPr>
      <w:tblGrid>
        <w:gridCol w:w="9801"/>
      </w:tblGrid>
      <w:tr w:rsidR="00DB70D6" w:rsidRPr="00EE5094" w14:paraId="6537044C" w14:textId="77777777" w:rsidTr="004868DE">
        <w:tc>
          <w:tcPr>
            <w:tcW w:w="9801" w:type="dxa"/>
            <w:tcBorders>
              <w:top w:val="single" w:sz="8" w:space="0" w:color="000000"/>
              <w:left w:val="single" w:sz="8" w:space="0" w:color="000000"/>
              <w:bottom w:val="single" w:sz="8" w:space="0" w:color="000000"/>
              <w:right w:val="single" w:sz="8" w:space="0" w:color="000000"/>
            </w:tcBorders>
            <w:vAlign w:val="center"/>
          </w:tcPr>
          <w:p w14:paraId="300A9169" w14:textId="77777777" w:rsidR="00DB70D6" w:rsidRPr="00EE5094" w:rsidRDefault="00000000" w:rsidP="000C739F">
            <w:pPr>
              <w:spacing w:after="0"/>
              <w:ind w:left="72"/>
              <w:rPr>
                <w:rFonts w:ascii="Times New Roman" w:hAnsi="Times New Roman" w:cs="Times New Roman"/>
                <w:sz w:val="24"/>
                <w:szCs w:val="24"/>
              </w:rPr>
            </w:pPr>
            <w:r w:rsidRPr="00EE5094">
              <w:rPr>
                <w:rFonts w:ascii="Times New Roman" w:hAnsi="Times New Roman" w:cs="Times New Roman"/>
                <w:b/>
                <w:sz w:val="24"/>
                <w:szCs w:val="24"/>
              </w:rPr>
              <w:t>3.   Introduction/Background</w:t>
            </w:r>
          </w:p>
          <w:p w14:paraId="207936C6" w14:textId="0C60F17C" w:rsidR="00DB70D6" w:rsidRPr="00EE5094" w:rsidRDefault="00000000" w:rsidP="008E4CE7">
            <w:pPr>
              <w:pStyle w:val="ListParagraph"/>
              <w:numPr>
                <w:ilvl w:val="0"/>
                <w:numId w:val="11"/>
              </w:numPr>
              <w:spacing w:after="0"/>
              <w:ind w:left="375" w:hanging="270"/>
              <w:jc w:val="both"/>
              <w:rPr>
                <w:rFonts w:ascii="Times New Roman" w:hAnsi="Times New Roman" w:cs="Times New Roman"/>
                <w:i/>
                <w:iCs/>
                <w:sz w:val="24"/>
                <w:szCs w:val="24"/>
              </w:rPr>
            </w:pPr>
            <w:r w:rsidRPr="00EE5094">
              <w:rPr>
                <w:rFonts w:ascii="Times New Roman" w:hAnsi="Times New Roman" w:cs="Times New Roman"/>
                <w:i/>
                <w:iCs/>
                <w:sz w:val="24"/>
                <w:szCs w:val="24"/>
              </w:rPr>
              <w:t>Does the introduction/background clearly describe the research topic, provide sufficient context, and emphasize the importance of the study?</w:t>
            </w:r>
          </w:p>
        </w:tc>
      </w:tr>
    </w:tbl>
    <w:p w14:paraId="4B2FBB9C" w14:textId="77777777" w:rsidR="005C5E93" w:rsidRPr="003F0688" w:rsidRDefault="005C5E93" w:rsidP="000C739F">
      <w:pPr>
        <w:spacing w:after="0"/>
        <w:rPr>
          <w:rFonts w:ascii="Times New Roman" w:hAnsi="Times New Roman" w:cs="Times New Roman"/>
          <w:b/>
          <w:sz w:val="18"/>
          <w:szCs w:val="18"/>
        </w:rPr>
      </w:pPr>
    </w:p>
    <w:p w14:paraId="26C642CB" w14:textId="77777777" w:rsidR="00A5222A" w:rsidRPr="00EE5094" w:rsidRDefault="00A5222A" w:rsidP="00A5222A">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1EFD1D7F" w14:textId="77777777" w:rsidR="00A5222A" w:rsidRPr="00EE5094" w:rsidRDefault="00A5222A" w:rsidP="00A5222A">
      <w:pPr>
        <w:spacing w:after="0"/>
        <w:ind w:left="-90"/>
        <w:jc w:val="center"/>
        <w:rPr>
          <w:rFonts w:ascii="Times New Roman" w:hAnsi="Times New Roman" w:cs="Times New Roman"/>
          <w:sz w:val="24"/>
          <w:szCs w:val="24"/>
        </w:rPr>
      </w:pPr>
      <w:r w:rsidRPr="00EE5094">
        <w:rPr>
          <w:rFonts w:ascii="Times New Roman" w:hAnsi="Times New Roman" w:cs="Times New Roman"/>
          <w:sz w:val="24"/>
          <w:szCs w:val="24"/>
        </w:rPr>
        <w:t>……………………………………………………………………………………………………………………………………………………………………………………………………………………</w:t>
      </w:r>
    </w:p>
    <w:tbl>
      <w:tblPr>
        <w:tblW w:w="9747" w:type="dxa"/>
        <w:jc w:val="center"/>
        <w:tblLayout w:type="fixed"/>
        <w:tblLook w:val="04A0" w:firstRow="1" w:lastRow="0" w:firstColumn="1" w:lastColumn="0" w:noHBand="0" w:noVBand="1"/>
      </w:tblPr>
      <w:tblGrid>
        <w:gridCol w:w="9747"/>
      </w:tblGrid>
      <w:tr w:rsidR="00DB70D6" w:rsidRPr="00EE5094" w14:paraId="1CCCF9AE" w14:textId="77777777" w:rsidTr="003F0688">
        <w:trPr>
          <w:jc w:val="center"/>
        </w:trPr>
        <w:tc>
          <w:tcPr>
            <w:tcW w:w="9747" w:type="dxa"/>
            <w:tcBorders>
              <w:top w:val="single" w:sz="8" w:space="0" w:color="000000"/>
              <w:left w:val="single" w:sz="8" w:space="0" w:color="000000"/>
              <w:bottom w:val="single" w:sz="8" w:space="0" w:color="000000"/>
              <w:right w:val="single" w:sz="8" w:space="0" w:color="000000"/>
            </w:tcBorders>
            <w:vAlign w:val="center"/>
          </w:tcPr>
          <w:p w14:paraId="325E4149" w14:textId="77777777" w:rsidR="00DB70D6" w:rsidRPr="00EE5094" w:rsidRDefault="00000000" w:rsidP="000C739F">
            <w:pPr>
              <w:spacing w:after="0"/>
              <w:rPr>
                <w:rFonts w:ascii="Times New Roman" w:hAnsi="Times New Roman" w:cs="Times New Roman"/>
                <w:sz w:val="24"/>
                <w:szCs w:val="24"/>
              </w:rPr>
            </w:pPr>
            <w:r w:rsidRPr="00EE5094">
              <w:rPr>
                <w:rFonts w:ascii="Times New Roman" w:hAnsi="Times New Roman" w:cs="Times New Roman"/>
                <w:b/>
                <w:sz w:val="24"/>
                <w:szCs w:val="24"/>
              </w:rPr>
              <w:lastRenderedPageBreak/>
              <w:t>4.     Research Objectives</w:t>
            </w:r>
          </w:p>
          <w:p w14:paraId="64FB6E8D" w14:textId="4BB6A97E" w:rsidR="00DB70D6" w:rsidRPr="00EE5094" w:rsidRDefault="00000000" w:rsidP="000C739F">
            <w:pPr>
              <w:pStyle w:val="ListParagraph"/>
              <w:numPr>
                <w:ilvl w:val="0"/>
                <w:numId w:val="11"/>
              </w:numPr>
              <w:spacing w:after="0"/>
              <w:ind w:left="375"/>
              <w:rPr>
                <w:rFonts w:ascii="Times New Roman" w:hAnsi="Times New Roman" w:cs="Times New Roman"/>
                <w:i/>
                <w:iCs/>
                <w:sz w:val="24"/>
                <w:szCs w:val="24"/>
              </w:rPr>
            </w:pPr>
            <w:r w:rsidRPr="00EE5094">
              <w:rPr>
                <w:rFonts w:ascii="Times New Roman" w:hAnsi="Times New Roman" w:cs="Times New Roman"/>
                <w:i/>
                <w:iCs/>
                <w:sz w:val="24"/>
                <w:szCs w:val="24"/>
              </w:rPr>
              <w:t>Are the research objectives clearly stated, specific, and aligned with the research problem?</w:t>
            </w:r>
          </w:p>
        </w:tc>
      </w:tr>
    </w:tbl>
    <w:p w14:paraId="4643DB34" w14:textId="77777777" w:rsidR="00D02DE1" w:rsidRDefault="00D02DE1" w:rsidP="000C739F">
      <w:pPr>
        <w:spacing w:after="0"/>
        <w:rPr>
          <w:rFonts w:ascii="Times New Roman" w:hAnsi="Times New Roman" w:cs="Times New Roman"/>
          <w:b/>
          <w:sz w:val="24"/>
          <w:szCs w:val="24"/>
        </w:rPr>
      </w:pPr>
    </w:p>
    <w:p w14:paraId="3975A307" w14:textId="77777777" w:rsidR="003F0688" w:rsidRPr="00EE5094" w:rsidRDefault="003F0688" w:rsidP="003F0688">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70FC0C4C" w14:textId="77777777" w:rsidR="003F0688" w:rsidRPr="00EE5094" w:rsidRDefault="003F0688" w:rsidP="003F0688">
      <w:pPr>
        <w:spacing w:after="0"/>
        <w:ind w:left="-90"/>
        <w:rPr>
          <w:rFonts w:ascii="Times New Roman" w:hAnsi="Times New Roman" w:cs="Times New Roman"/>
          <w:sz w:val="24"/>
          <w:szCs w:val="24"/>
        </w:rPr>
      </w:pP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p>
    <w:p w14:paraId="2A5E0576" w14:textId="77777777" w:rsidR="00D02DE1" w:rsidRPr="00EE5094" w:rsidRDefault="00D02DE1" w:rsidP="000C739F">
      <w:pPr>
        <w:spacing w:after="0"/>
        <w:rPr>
          <w:rFonts w:ascii="Times New Roman" w:hAnsi="Times New Roman" w:cs="Times New Roman"/>
          <w:sz w:val="24"/>
          <w:szCs w:val="24"/>
        </w:rPr>
      </w:pPr>
    </w:p>
    <w:tbl>
      <w:tblPr>
        <w:tblW w:w="9750" w:type="dxa"/>
        <w:jc w:val="center"/>
        <w:tblLayout w:type="fixed"/>
        <w:tblLook w:val="04A0" w:firstRow="1" w:lastRow="0" w:firstColumn="1" w:lastColumn="0" w:noHBand="0" w:noVBand="1"/>
      </w:tblPr>
      <w:tblGrid>
        <w:gridCol w:w="9750"/>
      </w:tblGrid>
      <w:tr w:rsidR="00DB70D6" w:rsidRPr="00EE5094" w14:paraId="76F1CF00" w14:textId="77777777" w:rsidTr="003F0688">
        <w:trPr>
          <w:jc w:val="center"/>
        </w:trPr>
        <w:tc>
          <w:tcPr>
            <w:tcW w:w="9750" w:type="dxa"/>
            <w:tcBorders>
              <w:top w:val="single" w:sz="8" w:space="0" w:color="000000"/>
              <w:left w:val="single" w:sz="8" w:space="0" w:color="000000"/>
              <w:bottom w:val="single" w:sz="8" w:space="0" w:color="000000"/>
              <w:right w:val="single" w:sz="8" w:space="0" w:color="000000"/>
            </w:tcBorders>
            <w:vAlign w:val="center"/>
          </w:tcPr>
          <w:p w14:paraId="6DFA783A" w14:textId="77777777" w:rsidR="00DB70D6" w:rsidRPr="00EE5094" w:rsidRDefault="00000000" w:rsidP="000C739F">
            <w:pPr>
              <w:spacing w:after="0"/>
              <w:rPr>
                <w:rFonts w:ascii="Times New Roman" w:hAnsi="Times New Roman" w:cs="Times New Roman"/>
                <w:sz w:val="24"/>
                <w:szCs w:val="24"/>
              </w:rPr>
            </w:pPr>
            <w:r w:rsidRPr="00EE5094">
              <w:rPr>
                <w:rFonts w:ascii="Times New Roman" w:hAnsi="Times New Roman" w:cs="Times New Roman"/>
                <w:b/>
                <w:sz w:val="24"/>
                <w:szCs w:val="24"/>
              </w:rPr>
              <w:t>5. Literature Review</w:t>
            </w:r>
          </w:p>
          <w:p w14:paraId="3CE34C45" w14:textId="77777777" w:rsidR="00DB70D6" w:rsidRPr="00EE5094" w:rsidRDefault="00000000" w:rsidP="000C739F">
            <w:pPr>
              <w:pStyle w:val="ListParagraph"/>
              <w:numPr>
                <w:ilvl w:val="0"/>
                <w:numId w:val="11"/>
              </w:numPr>
              <w:spacing w:after="0"/>
              <w:ind w:left="255" w:hanging="270"/>
              <w:rPr>
                <w:rFonts w:ascii="Times New Roman" w:hAnsi="Times New Roman" w:cs="Times New Roman"/>
                <w:i/>
                <w:iCs/>
                <w:sz w:val="24"/>
                <w:szCs w:val="24"/>
              </w:rPr>
            </w:pPr>
            <w:r w:rsidRPr="00EE5094">
              <w:rPr>
                <w:rFonts w:ascii="Times New Roman" w:hAnsi="Times New Roman" w:cs="Times New Roman"/>
                <w:i/>
                <w:iCs/>
                <w:sz w:val="24"/>
                <w:szCs w:val="24"/>
              </w:rPr>
              <w:t>Does the proposal provide an extensive and critical review of relevant literature, clearly identify the research gap, demonstrate how the literature informs the proposed methodology, avoid duplication of existing research, and establish the potential contribution of the study to society/community and academia?</w:t>
            </w:r>
          </w:p>
        </w:tc>
      </w:tr>
    </w:tbl>
    <w:p w14:paraId="741AC727" w14:textId="77777777" w:rsidR="003D0274" w:rsidRDefault="003D0274" w:rsidP="003D0274">
      <w:pPr>
        <w:spacing w:after="0"/>
        <w:ind w:left="-90"/>
        <w:rPr>
          <w:rFonts w:ascii="Times New Roman" w:hAnsi="Times New Roman" w:cs="Times New Roman"/>
          <w:b/>
          <w:sz w:val="24"/>
          <w:szCs w:val="24"/>
        </w:rPr>
      </w:pPr>
    </w:p>
    <w:p w14:paraId="68CB5984" w14:textId="77777777" w:rsidR="003F0688" w:rsidRPr="00EE5094" w:rsidRDefault="003F0688" w:rsidP="003F0688">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5C360660" w14:textId="77777777" w:rsidR="003F0688" w:rsidRPr="00EE5094" w:rsidRDefault="003F0688" w:rsidP="003F0688">
      <w:pPr>
        <w:spacing w:after="0"/>
        <w:ind w:left="-90"/>
        <w:rPr>
          <w:rFonts w:ascii="Times New Roman" w:hAnsi="Times New Roman" w:cs="Times New Roman"/>
          <w:sz w:val="24"/>
          <w:szCs w:val="24"/>
        </w:rPr>
      </w:pP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p>
    <w:p w14:paraId="40114B68" w14:textId="77777777" w:rsidR="008046E6" w:rsidRPr="00EE5094" w:rsidRDefault="008046E6" w:rsidP="000C739F">
      <w:pPr>
        <w:spacing w:after="0"/>
        <w:rPr>
          <w:rFonts w:ascii="Times New Roman" w:hAnsi="Times New Roman" w:cs="Times New Roman"/>
          <w:sz w:val="24"/>
          <w:szCs w:val="24"/>
        </w:rPr>
      </w:pPr>
    </w:p>
    <w:tbl>
      <w:tblPr>
        <w:tblStyle w:val="TableGrid"/>
        <w:tblW w:w="0" w:type="auto"/>
        <w:tblInd w:w="18" w:type="dxa"/>
        <w:tblLook w:val="04A0" w:firstRow="1" w:lastRow="0" w:firstColumn="1" w:lastColumn="0" w:noHBand="0" w:noVBand="1"/>
      </w:tblPr>
      <w:tblGrid>
        <w:gridCol w:w="9846"/>
      </w:tblGrid>
      <w:tr w:rsidR="00F12035" w:rsidRPr="00EE5094" w14:paraId="0638B24A" w14:textId="77777777" w:rsidTr="003F0688">
        <w:tc>
          <w:tcPr>
            <w:tcW w:w="9846" w:type="dxa"/>
          </w:tcPr>
          <w:p w14:paraId="146984A8" w14:textId="6BDD9049" w:rsidR="00F12035" w:rsidRPr="00EE5094" w:rsidRDefault="00F12035" w:rsidP="000C739F">
            <w:pPr>
              <w:spacing w:after="0" w:line="276" w:lineRule="auto"/>
              <w:rPr>
                <w:rFonts w:ascii="Times New Roman" w:hAnsi="Times New Roman" w:cs="Times New Roman"/>
                <w:sz w:val="24"/>
                <w:szCs w:val="24"/>
              </w:rPr>
            </w:pPr>
            <w:r w:rsidRPr="00EE5094">
              <w:rPr>
                <w:rFonts w:ascii="Times New Roman" w:hAnsi="Times New Roman" w:cs="Times New Roman"/>
                <w:b/>
                <w:sz w:val="24"/>
                <w:szCs w:val="24"/>
              </w:rPr>
              <w:t>6.  Development of Conceptual Framework (if relevant)</w:t>
            </w:r>
          </w:p>
          <w:p w14:paraId="63B3DD2B" w14:textId="7C210D6E" w:rsidR="00F12035" w:rsidRPr="00EE5094" w:rsidRDefault="00F12035" w:rsidP="000C739F">
            <w:pPr>
              <w:pStyle w:val="ListParagraph"/>
              <w:numPr>
                <w:ilvl w:val="0"/>
                <w:numId w:val="11"/>
              </w:numPr>
              <w:spacing w:after="0" w:line="276" w:lineRule="auto"/>
              <w:ind w:left="270" w:hanging="270"/>
              <w:rPr>
                <w:rFonts w:ascii="Times New Roman" w:hAnsi="Times New Roman" w:cs="Times New Roman"/>
                <w:sz w:val="24"/>
                <w:szCs w:val="24"/>
              </w:rPr>
            </w:pPr>
            <w:r w:rsidRPr="00EE5094">
              <w:rPr>
                <w:rFonts w:ascii="Times New Roman" w:hAnsi="Times New Roman" w:cs="Times New Roman"/>
                <w:i/>
                <w:iCs/>
                <w:sz w:val="24"/>
                <w:szCs w:val="24"/>
              </w:rPr>
              <w:t>Does the proposed study provide     a clear, logically structured, and theoretically grounded conceptual     framework that appropriately illustrates the relationships among the key     variables or concepts?</w:t>
            </w:r>
          </w:p>
        </w:tc>
      </w:tr>
    </w:tbl>
    <w:p w14:paraId="31464833" w14:textId="77777777" w:rsidR="00F12035" w:rsidRPr="00EE5094" w:rsidRDefault="00F12035" w:rsidP="000C739F">
      <w:pPr>
        <w:spacing w:after="0"/>
        <w:rPr>
          <w:rFonts w:ascii="Times New Roman" w:hAnsi="Times New Roman" w:cs="Times New Roman"/>
          <w:sz w:val="24"/>
          <w:szCs w:val="24"/>
        </w:rPr>
      </w:pPr>
    </w:p>
    <w:p w14:paraId="1580548A" w14:textId="77777777" w:rsidR="003F0688" w:rsidRPr="00EE5094" w:rsidRDefault="003F0688" w:rsidP="003F0688">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7737E30F" w14:textId="77777777" w:rsidR="003F0688" w:rsidRPr="00EE5094" w:rsidRDefault="003F0688" w:rsidP="003F0688">
      <w:pPr>
        <w:spacing w:after="0"/>
        <w:ind w:left="-90"/>
        <w:rPr>
          <w:rFonts w:ascii="Times New Roman" w:hAnsi="Times New Roman" w:cs="Times New Roman"/>
          <w:sz w:val="24"/>
          <w:szCs w:val="24"/>
        </w:rPr>
      </w:pP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p>
    <w:p w14:paraId="791BA309" w14:textId="77777777" w:rsidR="008046E6" w:rsidRPr="00EE5094" w:rsidRDefault="008046E6" w:rsidP="000C739F">
      <w:pPr>
        <w:spacing w:after="0"/>
        <w:rPr>
          <w:rFonts w:ascii="Times New Roman" w:hAnsi="Times New Roman" w:cs="Times New Roman"/>
          <w:sz w:val="24"/>
          <w:szCs w:val="24"/>
        </w:rPr>
      </w:pPr>
    </w:p>
    <w:tbl>
      <w:tblPr>
        <w:tblW w:w="9748" w:type="dxa"/>
        <w:tblLayout w:type="fixed"/>
        <w:tblLook w:val="04A0" w:firstRow="1" w:lastRow="0" w:firstColumn="1" w:lastColumn="0" w:noHBand="0" w:noVBand="1"/>
      </w:tblPr>
      <w:tblGrid>
        <w:gridCol w:w="9748"/>
      </w:tblGrid>
      <w:tr w:rsidR="00DB70D6" w:rsidRPr="00EE5094" w14:paraId="35FB04FB" w14:textId="77777777" w:rsidTr="003F0688">
        <w:tc>
          <w:tcPr>
            <w:tcW w:w="9748" w:type="dxa"/>
            <w:tcBorders>
              <w:top w:val="single" w:sz="8" w:space="0" w:color="000000"/>
              <w:left w:val="single" w:sz="8" w:space="0" w:color="000000"/>
              <w:bottom w:val="single" w:sz="8" w:space="0" w:color="000000"/>
              <w:right w:val="single" w:sz="8" w:space="0" w:color="000000"/>
            </w:tcBorders>
            <w:vAlign w:val="center"/>
          </w:tcPr>
          <w:p w14:paraId="17FB3DF8" w14:textId="2192F5D9" w:rsidR="00DB70D6" w:rsidRPr="00EE5094" w:rsidRDefault="00000000" w:rsidP="000C739F">
            <w:pPr>
              <w:spacing w:after="0"/>
              <w:rPr>
                <w:rFonts w:ascii="Times New Roman" w:hAnsi="Times New Roman" w:cs="Times New Roman"/>
                <w:sz w:val="24"/>
                <w:szCs w:val="24"/>
              </w:rPr>
            </w:pPr>
            <w:r w:rsidRPr="00EE5094">
              <w:rPr>
                <w:rFonts w:ascii="Times New Roman" w:hAnsi="Times New Roman" w:cs="Times New Roman"/>
                <w:b/>
                <w:sz w:val="24"/>
                <w:szCs w:val="24"/>
              </w:rPr>
              <w:t>7.  Hypothesis/Research Question</w:t>
            </w:r>
          </w:p>
          <w:p w14:paraId="1C850419" w14:textId="5AC223F7" w:rsidR="00DB70D6" w:rsidRPr="00EE5094" w:rsidRDefault="00000000" w:rsidP="000C739F">
            <w:pPr>
              <w:pStyle w:val="ListParagraph"/>
              <w:numPr>
                <w:ilvl w:val="0"/>
                <w:numId w:val="11"/>
              </w:numPr>
              <w:spacing w:after="0"/>
              <w:ind w:left="285" w:hanging="285"/>
              <w:rPr>
                <w:rFonts w:ascii="Times New Roman" w:hAnsi="Times New Roman" w:cs="Times New Roman"/>
                <w:i/>
                <w:iCs/>
                <w:sz w:val="24"/>
                <w:szCs w:val="24"/>
              </w:rPr>
            </w:pPr>
            <w:r w:rsidRPr="00EE5094">
              <w:rPr>
                <w:rFonts w:ascii="Times New Roman" w:hAnsi="Times New Roman" w:cs="Times New Roman"/>
                <w:i/>
                <w:iCs/>
                <w:sz w:val="24"/>
                <w:szCs w:val="24"/>
              </w:rPr>
              <w:t>Are the research questions and/or hypotheses clearly stated, logically formulated, and appropriately aligned with the research objectives and proposed methodology?</w:t>
            </w:r>
          </w:p>
        </w:tc>
      </w:tr>
    </w:tbl>
    <w:p w14:paraId="0176880D" w14:textId="77777777" w:rsidR="00F12035" w:rsidRPr="00EE5094" w:rsidRDefault="00F12035" w:rsidP="000C739F">
      <w:pPr>
        <w:spacing w:after="0"/>
        <w:rPr>
          <w:rFonts w:ascii="Times New Roman" w:hAnsi="Times New Roman" w:cs="Times New Roman"/>
          <w:b/>
          <w:sz w:val="24"/>
          <w:szCs w:val="24"/>
        </w:rPr>
      </w:pPr>
    </w:p>
    <w:p w14:paraId="11AD451F" w14:textId="77777777" w:rsidR="003F0688" w:rsidRPr="00EE5094" w:rsidRDefault="003F0688" w:rsidP="003F0688">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3F417E31" w14:textId="77777777" w:rsidR="003F0688" w:rsidRPr="00EE5094" w:rsidRDefault="003F0688" w:rsidP="003F0688">
      <w:pPr>
        <w:spacing w:after="0"/>
        <w:ind w:left="-90"/>
        <w:rPr>
          <w:rFonts w:ascii="Times New Roman" w:hAnsi="Times New Roman" w:cs="Times New Roman"/>
          <w:sz w:val="24"/>
          <w:szCs w:val="24"/>
        </w:rPr>
      </w:pP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p>
    <w:p w14:paraId="3DD3DD12" w14:textId="77777777" w:rsidR="00F12035" w:rsidRDefault="00F12035" w:rsidP="000C739F">
      <w:pPr>
        <w:spacing w:after="0"/>
        <w:rPr>
          <w:rFonts w:ascii="Times New Roman" w:hAnsi="Times New Roman" w:cs="Times New Roman"/>
          <w:sz w:val="24"/>
          <w:szCs w:val="24"/>
        </w:rPr>
      </w:pPr>
    </w:p>
    <w:p w14:paraId="795B076B" w14:textId="77777777" w:rsidR="003F0688" w:rsidRDefault="003F0688" w:rsidP="000C739F">
      <w:pPr>
        <w:spacing w:after="0"/>
        <w:rPr>
          <w:rFonts w:ascii="Times New Roman" w:hAnsi="Times New Roman" w:cs="Times New Roman"/>
          <w:sz w:val="24"/>
          <w:szCs w:val="24"/>
        </w:rPr>
      </w:pPr>
    </w:p>
    <w:p w14:paraId="75EC58CE" w14:textId="77777777" w:rsidR="003F0688" w:rsidRPr="00EE5094" w:rsidRDefault="003F0688" w:rsidP="000C739F">
      <w:pPr>
        <w:spacing w:after="0"/>
        <w:rPr>
          <w:rFonts w:ascii="Times New Roman" w:hAnsi="Times New Roman" w:cs="Times New Roman"/>
          <w:sz w:val="24"/>
          <w:szCs w:val="24"/>
        </w:rPr>
      </w:pPr>
    </w:p>
    <w:tbl>
      <w:tblPr>
        <w:tblW w:w="9734" w:type="dxa"/>
        <w:jc w:val="center"/>
        <w:tblLayout w:type="fixed"/>
        <w:tblLook w:val="04A0" w:firstRow="1" w:lastRow="0" w:firstColumn="1" w:lastColumn="0" w:noHBand="0" w:noVBand="1"/>
      </w:tblPr>
      <w:tblGrid>
        <w:gridCol w:w="9734"/>
      </w:tblGrid>
      <w:tr w:rsidR="00DB70D6" w:rsidRPr="00EE5094" w14:paraId="77D0212E" w14:textId="77777777" w:rsidTr="003F0688">
        <w:trPr>
          <w:jc w:val="center"/>
        </w:trPr>
        <w:tc>
          <w:tcPr>
            <w:tcW w:w="9734" w:type="dxa"/>
            <w:tcBorders>
              <w:top w:val="single" w:sz="8" w:space="0" w:color="000000"/>
              <w:left w:val="single" w:sz="8" w:space="0" w:color="000000"/>
              <w:bottom w:val="single" w:sz="8" w:space="0" w:color="000000"/>
              <w:right w:val="single" w:sz="8" w:space="0" w:color="000000"/>
            </w:tcBorders>
            <w:vAlign w:val="center"/>
          </w:tcPr>
          <w:p w14:paraId="5F17A6CA" w14:textId="05A30EBE" w:rsidR="00DB70D6" w:rsidRPr="00EE5094" w:rsidRDefault="00000000" w:rsidP="000C739F">
            <w:pPr>
              <w:spacing w:after="0"/>
              <w:rPr>
                <w:rFonts w:ascii="Times New Roman" w:hAnsi="Times New Roman" w:cs="Times New Roman"/>
                <w:sz w:val="24"/>
                <w:szCs w:val="24"/>
              </w:rPr>
            </w:pPr>
            <w:r w:rsidRPr="00EE5094">
              <w:rPr>
                <w:rFonts w:ascii="Times New Roman" w:hAnsi="Times New Roman" w:cs="Times New Roman"/>
                <w:b/>
                <w:sz w:val="24"/>
                <w:szCs w:val="24"/>
              </w:rPr>
              <w:lastRenderedPageBreak/>
              <w:t>8.   Research Methodology</w:t>
            </w:r>
            <w:r w:rsidR="00C73896">
              <w:rPr>
                <w:rFonts w:ascii="Times New Roman" w:hAnsi="Times New Roman" w:cs="Times New Roman"/>
                <w:b/>
                <w:sz w:val="24"/>
                <w:szCs w:val="24"/>
              </w:rPr>
              <w:t xml:space="preserve"> and Methods</w:t>
            </w:r>
          </w:p>
          <w:p w14:paraId="23EBB883" w14:textId="77777777" w:rsidR="004936DC" w:rsidRPr="00EE5094" w:rsidRDefault="00000000" w:rsidP="000C739F">
            <w:pPr>
              <w:pStyle w:val="ListParagraph"/>
              <w:numPr>
                <w:ilvl w:val="0"/>
                <w:numId w:val="13"/>
              </w:numPr>
              <w:spacing w:after="0"/>
              <w:rPr>
                <w:rFonts w:ascii="Times New Roman" w:hAnsi="Times New Roman" w:cs="Times New Roman"/>
                <w:i/>
                <w:iCs/>
                <w:sz w:val="24"/>
                <w:szCs w:val="24"/>
              </w:rPr>
            </w:pPr>
            <w:r w:rsidRPr="00EE5094">
              <w:rPr>
                <w:rFonts w:ascii="Times New Roman" w:hAnsi="Times New Roman" w:cs="Times New Roman"/>
                <w:i/>
                <w:iCs/>
                <w:sz w:val="24"/>
                <w:szCs w:val="24"/>
              </w:rPr>
              <w:t>Are the data collection methods and procedures clearly described?</w:t>
            </w:r>
          </w:p>
          <w:p w14:paraId="324C4F6B" w14:textId="77777777" w:rsidR="004936DC" w:rsidRPr="00EE5094" w:rsidRDefault="00000000" w:rsidP="000C739F">
            <w:pPr>
              <w:pStyle w:val="ListParagraph"/>
              <w:numPr>
                <w:ilvl w:val="0"/>
                <w:numId w:val="13"/>
              </w:numPr>
              <w:spacing w:after="0"/>
              <w:rPr>
                <w:rFonts w:ascii="Times New Roman" w:hAnsi="Times New Roman" w:cs="Times New Roman"/>
                <w:i/>
                <w:iCs/>
                <w:sz w:val="24"/>
                <w:szCs w:val="24"/>
              </w:rPr>
            </w:pPr>
            <w:r w:rsidRPr="00EE5094">
              <w:rPr>
                <w:rFonts w:ascii="Times New Roman" w:hAnsi="Times New Roman" w:cs="Times New Roman"/>
                <w:i/>
                <w:iCs/>
                <w:sz w:val="24"/>
                <w:szCs w:val="24"/>
              </w:rPr>
              <w:t>Are the sampling method and sample size adequately justified?</w:t>
            </w:r>
          </w:p>
          <w:p w14:paraId="43F799C2" w14:textId="77777777" w:rsidR="004936DC" w:rsidRPr="00EE5094" w:rsidRDefault="00000000" w:rsidP="000C739F">
            <w:pPr>
              <w:pStyle w:val="ListParagraph"/>
              <w:numPr>
                <w:ilvl w:val="0"/>
                <w:numId w:val="13"/>
              </w:numPr>
              <w:spacing w:after="0"/>
              <w:rPr>
                <w:rFonts w:ascii="Times New Roman" w:hAnsi="Times New Roman" w:cs="Times New Roman"/>
                <w:i/>
                <w:iCs/>
                <w:sz w:val="24"/>
                <w:szCs w:val="24"/>
              </w:rPr>
            </w:pPr>
            <w:r w:rsidRPr="00EE5094">
              <w:rPr>
                <w:rFonts w:ascii="Times New Roman" w:hAnsi="Times New Roman" w:cs="Times New Roman"/>
                <w:i/>
                <w:iCs/>
                <w:sz w:val="24"/>
                <w:szCs w:val="24"/>
              </w:rPr>
              <w:t>Are the data analysis methods and analytical framework appropriate and clearly stated?</w:t>
            </w:r>
          </w:p>
          <w:p w14:paraId="74A84E48" w14:textId="51C66AAF" w:rsidR="00DB70D6" w:rsidRPr="00EE5094" w:rsidRDefault="00000000" w:rsidP="000C739F">
            <w:pPr>
              <w:pStyle w:val="ListParagraph"/>
              <w:numPr>
                <w:ilvl w:val="0"/>
                <w:numId w:val="13"/>
              </w:numPr>
              <w:spacing w:after="0"/>
              <w:rPr>
                <w:rFonts w:ascii="Times New Roman" w:hAnsi="Times New Roman" w:cs="Times New Roman"/>
                <w:sz w:val="24"/>
                <w:szCs w:val="24"/>
              </w:rPr>
            </w:pPr>
            <w:r w:rsidRPr="00EE5094">
              <w:rPr>
                <w:rFonts w:ascii="Times New Roman" w:hAnsi="Times New Roman" w:cs="Times New Roman"/>
                <w:i/>
                <w:iCs/>
                <w:sz w:val="24"/>
                <w:szCs w:val="24"/>
              </w:rPr>
              <w:t>Is the research design appropriate and well justified?</w:t>
            </w:r>
          </w:p>
        </w:tc>
      </w:tr>
    </w:tbl>
    <w:p w14:paraId="156CCE89" w14:textId="77777777" w:rsidR="00F12035" w:rsidRPr="00EE5094" w:rsidRDefault="00F12035" w:rsidP="000C739F">
      <w:pPr>
        <w:spacing w:after="0"/>
        <w:rPr>
          <w:rFonts w:ascii="Times New Roman" w:hAnsi="Times New Roman" w:cs="Times New Roman"/>
          <w:b/>
          <w:sz w:val="24"/>
          <w:szCs w:val="24"/>
        </w:rPr>
      </w:pPr>
    </w:p>
    <w:p w14:paraId="0717DE4F" w14:textId="77777777" w:rsidR="003F0688" w:rsidRPr="00EE5094" w:rsidRDefault="003F0688" w:rsidP="003F0688">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39B83FC3" w14:textId="77777777" w:rsidR="003F0688" w:rsidRPr="00EE5094" w:rsidRDefault="003F0688" w:rsidP="003F0688">
      <w:pPr>
        <w:spacing w:after="0"/>
        <w:ind w:left="-90"/>
        <w:rPr>
          <w:rFonts w:ascii="Times New Roman" w:hAnsi="Times New Roman" w:cs="Times New Roman"/>
          <w:sz w:val="24"/>
          <w:szCs w:val="24"/>
        </w:rPr>
      </w:pP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p>
    <w:p w14:paraId="28FEECC1" w14:textId="77777777" w:rsidR="000C739F" w:rsidRPr="00EE5094" w:rsidRDefault="000C739F" w:rsidP="003F0688">
      <w:pPr>
        <w:spacing w:after="0"/>
        <w:rPr>
          <w:rFonts w:ascii="Times New Roman" w:hAnsi="Times New Roman" w:cs="Times New Roman"/>
          <w:sz w:val="24"/>
          <w:szCs w:val="24"/>
        </w:rPr>
      </w:pPr>
    </w:p>
    <w:tbl>
      <w:tblPr>
        <w:tblW w:w="9812" w:type="dxa"/>
        <w:jc w:val="center"/>
        <w:tblLayout w:type="fixed"/>
        <w:tblLook w:val="04A0" w:firstRow="1" w:lastRow="0" w:firstColumn="1" w:lastColumn="0" w:noHBand="0" w:noVBand="1"/>
      </w:tblPr>
      <w:tblGrid>
        <w:gridCol w:w="9812"/>
      </w:tblGrid>
      <w:tr w:rsidR="00DB70D6" w:rsidRPr="00EE5094" w14:paraId="28485917" w14:textId="77777777" w:rsidTr="000D66A6">
        <w:trPr>
          <w:jc w:val="center"/>
        </w:trPr>
        <w:tc>
          <w:tcPr>
            <w:tcW w:w="9812" w:type="dxa"/>
            <w:tcBorders>
              <w:top w:val="single" w:sz="8" w:space="0" w:color="000000"/>
              <w:left w:val="single" w:sz="8" w:space="0" w:color="000000"/>
              <w:bottom w:val="single" w:sz="8" w:space="0" w:color="000000"/>
              <w:right w:val="single" w:sz="8" w:space="0" w:color="000000"/>
            </w:tcBorders>
            <w:vAlign w:val="center"/>
          </w:tcPr>
          <w:p w14:paraId="4330E348" w14:textId="77777777" w:rsidR="00DB70D6" w:rsidRPr="00EE5094" w:rsidRDefault="00000000" w:rsidP="000C739F">
            <w:pPr>
              <w:spacing w:after="0"/>
              <w:rPr>
                <w:rFonts w:ascii="Times New Roman" w:hAnsi="Times New Roman" w:cs="Times New Roman"/>
                <w:sz w:val="24"/>
                <w:szCs w:val="24"/>
              </w:rPr>
            </w:pPr>
            <w:r w:rsidRPr="00EE5094">
              <w:rPr>
                <w:rFonts w:ascii="Times New Roman" w:hAnsi="Times New Roman" w:cs="Times New Roman"/>
                <w:b/>
                <w:sz w:val="24"/>
                <w:szCs w:val="24"/>
              </w:rPr>
              <w:t>9. Expected Outcomes of the Research</w:t>
            </w:r>
          </w:p>
          <w:p w14:paraId="458C092A" w14:textId="77777777" w:rsidR="00DB70D6" w:rsidRPr="00EE5094" w:rsidRDefault="00000000" w:rsidP="000C739F">
            <w:pPr>
              <w:pStyle w:val="ListParagraph"/>
              <w:numPr>
                <w:ilvl w:val="0"/>
                <w:numId w:val="14"/>
              </w:numPr>
              <w:spacing w:after="0"/>
              <w:ind w:left="195" w:hanging="195"/>
              <w:rPr>
                <w:rFonts w:ascii="Times New Roman" w:hAnsi="Times New Roman" w:cs="Times New Roman"/>
                <w:i/>
                <w:iCs/>
                <w:sz w:val="24"/>
                <w:szCs w:val="24"/>
              </w:rPr>
            </w:pPr>
            <w:r w:rsidRPr="00EE5094">
              <w:rPr>
                <w:rFonts w:ascii="Times New Roman" w:hAnsi="Times New Roman" w:cs="Times New Roman"/>
                <w:i/>
                <w:iCs/>
                <w:sz w:val="24"/>
                <w:szCs w:val="24"/>
              </w:rPr>
              <w:t>Are the expected outcomes of the research clearly and specifically articulated, and are they realistic, measurable, and aligned with the research objectives?</w:t>
            </w:r>
          </w:p>
        </w:tc>
      </w:tr>
    </w:tbl>
    <w:p w14:paraId="25811948" w14:textId="77777777" w:rsidR="00F12035" w:rsidRPr="00EE5094" w:rsidRDefault="00F12035" w:rsidP="000C739F">
      <w:pPr>
        <w:spacing w:after="0"/>
        <w:rPr>
          <w:rFonts w:ascii="Times New Roman" w:hAnsi="Times New Roman" w:cs="Times New Roman"/>
          <w:b/>
          <w:sz w:val="24"/>
          <w:szCs w:val="24"/>
        </w:rPr>
      </w:pPr>
    </w:p>
    <w:p w14:paraId="06708D82"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26F16741"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p>
    <w:p w14:paraId="26FB0E7D" w14:textId="77777777" w:rsidR="000C739F" w:rsidRPr="00EE5094" w:rsidRDefault="000C739F" w:rsidP="000C739F">
      <w:pPr>
        <w:spacing w:after="0"/>
        <w:rPr>
          <w:rFonts w:ascii="Times New Roman" w:hAnsi="Times New Roman" w:cs="Times New Roman"/>
          <w:sz w:val="24"/>
          <w:szCs w:val="24"/>
        </w:rPr>
      </w:pPr>
    </w:p>
    <w:tbl>
      <w:tblPr>
        <w:tblW w:w="9837" w:type="dxa"/>
        <w:jc w:val="center"/>
        <w:tblLayout w:type="fixed"/>
        <w:tblLook w:val="04A0" w:firstRow="1" w:lastRow="0" w:firstColumn="1" w:lastColumn="0" w:noHBand="0" w:noVBand="1"/>
      </w:tblPr>
      <w:tblGrid>
        <w:gridCol w:w="9837"/>
      </w:tblGrid>
      <w:tr w:rsidR="00DB70D6" w:rsidRPr="00EE5094" w14:paraId="5F48F21B" w14:textId="77777777" w:rsidTr="000D66A6">
        <w:trPr>
          <w:jc w:val="center"/>
        </w:trPr>
        <w:tc>
          <w:tcPr>
            <w:tcW w:w="9837" w:type="dxa"/>
            <w:tcBorders>
              <w:top w:val="single" w:sz="8" w:space="0" w:color="000000"/>
              <w:left w:val="single" w:sz="8" w:space="0" w:color="000000"/>
              <w:bottom w:val="single" w:sz="8" w:space="0" w:color="000000"/>
              <w:right w:val="single" w:sz="8" w:space="0" w:color="000000"/>
            </w:tcBorders>
            <w:vAlign w:val="center"/>
          </w:tcPr>
          <w:p w14:paraId="49F270AE" w14:textId="77777777" w:rsidR="004A153F" w:rsidRPr="00EE5094" w:rsidRDefault="00000000" w:rsidP="000C739F">
            <w:pPr>
              <w:spacing w:after="0"/>
              <w:rPr>
                <w:rFonts w:ascii="Times New Roman" w:hAnsi="Times New Roman" w:cs="Times New Roman"/>
                <w:sz w:val="24"/>
                <w:szCs w:val="24"/>
              </w:rPr>
            </w:pPr>
            <w:r w:rsidRPr="00EE5094">
              <w:rPr>
                <w:rFonts w:ascii="Times New Roman" w:hAnsi="Times New Roman" w:cs="Times New Roman"/>
                <w:b/>
                <w:sz w:val="24"/>
                <w:szCs w:val="24"/>
              </w:rPr>
              <w:t>10. Theoretical and Practical Significance</w:t>
            </w:r>
          </w:p>
          <w:p w14:paraId="762E0A2A" w14:textId="6834BAE2" w:rsidR="00DB70D6" w:rsidRPr="00EE5094" w:rsidRDefault="00000000" w:rsidP="000C739F">
            <w:pPr>
              <w:pStyle w:val="ListParagraph"/>
              <w:numPr>
                <w:ilvl w:val="0"/>
                <w:numId w:val="14"/>
              </w:numPr>
              <w:spacing w:after="0"/>
              <w:ind w:left="285" w:hanging="285"/>
              <w:rPr>
                <w:rFonts w:ascii="Times New Roman" w:hAnsi="Times New Roman" w:cs="Times New Roman"/>
                <w:i/>
                <w:iCs/>
                <w:sz w:val="24"/>
                <w:szCs w:val="24"/>
              </w:rPr>
            </w:pPr>
            <w:r w:rsidRPr="00EE5094">
              <w:rPr>
                <w:rFonts w:ascii="Times New Roman" w:hAnsi="Times New Roman" w:cs="Times New Roman"/>
                <w:i/>
                <w:iCs/>
                <w:sz w:val="24"/>
                <w:szCs w:val="24"/>
              </w:rPr>
              <w:t>Does this section clearly describe the rationale for conducting the research and identify the specific problem or research gap?</w:t>
            </w:r>
          </w:p>
        </w:tc>
      </w:tr>
    </w:tbl>
    <w:p w14:paraId="528E0FAF" w14:textId="77777777" w:rsidR="00F12035" w:rsidRPr="00EE5094" w:rsidRDefault="00F12035" w:rsidP="000C739F">
      <w:pPr>
        <w:spacing w:after="0"/>
        <w:rPr>
          <w:rFonts w:ascii="Times New Roman" w:hAnsi="Times New Roman" w:cs="Times New Roman"/>
          <w:b/>
          <w:sz w:val="24"/>
          <w:szCs w:val="24"/>
        </w:rPr>
      </w:pPr>
    </w:p>
    <w:p w14:paraId="7BAF8313"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17447979"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p>
    <w:p w14:paraId="7649264B" w14:textId="77777777" w:rsidR="000C739F" w:rsidRPr="00EE5094" w:rsidRDefault="000C739F" w:rsidP="000C739F">
      <w:pPr>
        <w:spacing w:after="0"/>
        <w:rPr>
          <w:rFonts w:ascii="Times New Roman" w:hAnsi="Times New Roman" w:cs="Times New Roman"/>
          <w:sz w:val="24"/>
          <w:szCs w:val="24"/>
        </w:rPr>
      </w:pPr>
    </w:p>
    <w:tbl>
      <w:tblPr>
        <w:tblW w:w="9821" w:type="dxa"/>
        <w:tblLayout w:type="fixed"/>
        <w:tblLook w:val="04A0" w:firstRow="1" w:lastRow="0" w:firstColumn="1" w:lastColumn="0" w:noHBand="0" w:noVBand="1"/>
      </w:tblPr>
      <w:tblGrid>
        <w:gridCol w:w="9821"/>
      </w:tblGrid>
      <w:tr w:rsidR="00DB70D6" w:rsidRPr="00EE5094" w14:paraId="0DDB7ED2" w14:textId="77777777" w:rsidTr="000D66A6">
        <w:tc>
          <w:tcPr>
            <w:tcW w:w="9821" w:type="dxa"/>
            <w:tcBorders>
              <w:top w:val="single" w:sz="8" w:space="0" w:color="000000"/>
              <w:left w:val="single" w:sz="8" w:space="0" w:color="000000"/>
              <w:bottom w:val="single" w:sz="8" w:space="0" w:color="000000"/>
              <w:right w:val="single" w:sz="8" w:space="0" w:color="000000"/>
            </w:tcBorders>
            <w:vAlign w:val="center"/>
          </w:tcPr>
          <w:p w14:paraId="2721E55E" w14:textId="14A2D88C" w:rsidR="00DB70D6" w:rsidRPr="00EE5094" w:rsidRDefault="00000000" w:rsidP="000C739F">
            <w:pPr>
              <w:spacing w:after="0"/>
              <w:rPr>
                <w:rFonts w:ascii="Times New Roman" w:hAnsi="Times New Roman" w:cs="Times New Roman"/>
                <w:sz w:val="24"/>
                <w:szCs w:val="24"/>
              </w:rPr>
            </w:pPr>
            <w:r w:rsidRPr="00EE5094">
              <w:rPr>
                <w:rFonts w:ascii="Times New Roman" w:hAnsi="Times New Roman" w:cs="Times New Roman"/>
                <w:b/>
                <w:sz w:val="24"/>
                <w:szCs w:val="24"/>
              </w:rPr>
              <w:t>11. Ethical Concern</w:t>
            </w:r>
          </w:p>
          <w:p w14:paraId="5A691F1D" w14:textId="632FE2CE" w:rsidR="00DB70D6" w:rsidRPr="00EE5094" w:rsidRDefault="00000000" w:rsidP="000C739F">
            <w:pPr>
              <w:pStyle w:val="ListParagraph"/>
              <w:numPr>
                <w:ilvl w:val="0"/>
                <w:numId w:val="14"/>
              </w:numPr>
              <w:spacing w:after="0"/>
              <w:ind w:left="285" w:hanging="285"/>
              <w:rPr>
                <w:rFonts w:ascii="Times New Roman" w:hAnsi="Times New Roman" w:cs="Times New Roman"/>
                <w:i/>
                <w:iCs/>
                <w:sz w:val="24"/>
                <w:szCs w:val="24"/>
              </w:rPr>
            </w:pPr>
            <w:r w:rsidRPr="00EE5094">
              <w:rPr>
                <w:rFonts w:ascii="Times New Roman" w:hAnsi="Times New Roman" w:cs="Times New Roman"/>
                <w:i/>
                <w:iCs/>
                <w:sz w:val="24"/>
                <w:szCs w:val="24"/>
              </w:rPr>
              <w:t>Does     the proposal adequately address ethical concerns, including participants’ informed consent, privacy and confidentiality, potential risks, and measures to minimize environmental or other hazards?</w:t>
            </w:r>
          </w:p>
        </w:tc>
      </w:tr>
    </w:tbl>
    <w:p w14:paraId="28B1E2B3" w14:textId="77777777" w:rsidR="00F12035" w:rsidRPr="00EE5094" w:rsidRDefault="00F12035" w:rsidP="000C739F">
      <w:pPr>
        <w:spacing w:after="0"/>
        <w:rPr>
          <w:rFonts w:ascii="Times New Roman" w:hAnsi="Times New Roman" w:cs="Times New Roman"/>
          <w:b/>
          <w:sz w:val="24"/>
          <w:szCs w:val="24"/>
        </w:rPr>
      </w:pPr>
    </w:p>
    <w:p w14:paraId="5BC3A5D9"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7BBE66D2"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p>
    <w:p w14:paraId="3E4B6ADC" w14:textId="77777777" w:rsidR="00F12035" w:rsidRDefault="00F12035" w:rsidP="000C739F">
      <w:pPr>
        <w:spacing w:after="0"/>
        <w:rPr>
          <w:rFonts w:ascii="Times New Roman" w:hAnsi="Times New Roman" w:cs="Times New Roman"/>
          <w:sz w:val="24"/>
          <w:szCs w:val="24"/>
        </w:rPr>
      </w:pPr>
    </w:p>
    <w:p w14:paraId="14577983" w14:textId="77777777" w:rsidR="000D66A6" w:rsidRPr="00EE5094" w:rsidRDefault="000D66A6" w:rsidP="000C739F">
      <w:pPr>
        <w:spacing w:after="0"/>
        <w:rPr>
          <w:rFonts w:ascii="Times New Roman" w:hAnsi="Times New Roman" w:cs="Times New Roman"/>
          <w:sz w:val="24"/>
          <w:szCs w:val="24"/>
        </w:rPr>
      </w:pPr>
    </w:p>
    <w:tbl>
      <w:tblPr>
        <w:tblW w:w="9882" w:type="dxa"/>
        <w:jc w:val="center"/>
        <w:tblLayout w:type="fixed"/>
        <w:tblLook w:val="04A0" w:firstRow="1" w:lastRow="0" w:firstColumn="1" w:lastColumn="0" w:noHBand="0" w:noVBand="1"/>
      </w:tblPr>
      <w:tblGrid>
        <w:gridCol w:w="9882"/>
      </w:tblGrid>
      <w:tr w:rsidR="00DB70D6" w:rsidRPr="00EE5094" w14:paraId="2554CCE9" w14:textId="77777777" w:rsidTr="000D66A6">
        <w:trPr>
          <w:jc w:val="center"/>
        </w:trPr>
        <w:tc>
          <w:tcPr>
            <w:tcW w:w="9882" w:type="dxa"/>
            <w:tcBorders>
              <w:top w:val="single" w:sz="8" w:space="0" w:color="000000"/>
              <w:left w:val="single" w:sz="8" w:space="0" w:color="000000"/>
              <w:bottom w:val="single" w:sz="8" w:space="0" w:color="000000"/>
              <w:right w:val="single" w:sz="8" w:space="0" w:color="000000"/>
            </w:tcBorders>
            <w:vAlign w:val="center"/>
          </w:tcPr>
          <w:p w14:paraId="6CD90005" w14:textId="08EEF60D" w:rsidR="00DB70D6" w:rsidRPr="00EE5094" w:rsidRDefault="00000000" w:rsidP="000C739F">
            <w:pPr>
              <w:spacing w:after="0"/>
              <w:rPr>
                <w:rFonts w:ascii="Times New Roman" w:hAnsi="Times New Roman" w:cs="Times New Roman"/>
                <w:sz w:val="24"/>
                <w:szCs w:val="24"/>
              </w:rPr>
            </w:pPr>
            <w:r w:rsidRPr="00EE5094">
              <w:rPr>
                <w:rFonts w:ascii="Times New Roman" w:hAnsi="Times New Roman" w:cs="Times New Roman"/>
                <w:b/>
                <w:sz w:val="24"/>
                <w:szCs w:val="24"/>
              </w:rPr>
              <w:lastRenderedPageBreak/>
              <w:t>12. Limitations and Future Research</w:t>
            </w:r>
          </w:p>
          <w:p w14:paraId="5BE2C2B7" w14:textId="059CE908" w:rsidR="00DB70D6" w:rsidRPr="00EE5094" w:rsidRDefault="00000000" w:rsidP="000C739F">
            <w:pPr>
              <w:pStyle w:val="ListParagraph"/>
              <w:numPr>
                <w:ilvl w:val="0"/>
                <w:numId w:val="14"/>
              </w:numPr>
              <w:spacing w:after="0"/>
              <w:ind w:left="195" w:hanging="195"/>
              <w:rPr>
                <w:rFonts w:ascii="Times New Roman" w:hAnsi="Times New Roman" w:cs="Times New Roman"/>
                <w:i/>
                <w:iCs/>
                <w:sz w:val="24"/>
                <w:szCs w:val="24"/>
              </w:rPr>
            </w:pPr>
            <w:r w:rsidRPr="00EE5094">
              <w:rPr>
                <w:rFonts w:ascii="Times New Roman" w:hAnsi="Times New Roman" w:cs="Times New Roman"/>
                <w:i/>
                <w:iCs/>
                <w:sz w:val="24"/>
                <w:szCs w:val="24"/>
              </w:rPr>
              <w:t>Does the proposal clearly identify the key limitations or constraints of the research and recommend areas for future research to address these limitations?</w:t>
            </w:r>
          </w:p>
        </w:tc>
      </w:tr>
    </w:tbl>
    <w:p w14:paraId="53247493" w14:textId="77777777" w:rsidR="004A153F" w:rsidRPr="00EE5094" w:rsidRDefault="004A153F" w:rsidP="000C739F">
      <w:pPr>
        <w:spacing w:after="0"/>
        <w:rPr>
          <w:rFonts w:ascii="Times New Roman" w:hAnsi="Times New Roman" w:cs="Times New Roman"/>
          <w:b/>
          <w:sz w:val="24"/>
          <w:szCs w:val="24"/>
        </w:rPr>
      </w:pPr>
    </w:p>
    <w:p w14:paraId="6628F95A"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4CF2EEAD"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p>
    <w:p w14:paraId="246E2318" w14:textId="77777777" w:rsidR="000C739F" w:rsidRPr="00EE5094" w:rsidRDefault="000C739F" w:rsidP="000C739F">
      <w:pPr>
        <w:spacing w:after="0"/>
        <w:rPr>
          <w:rFonts w:ascii="Times New Roman" w:hAnsi="Times New Roman" w:cs="Times New Roman"/>
          <w:sz w:val="24"/>
          <w:szCs w:val="24"/>
        </w:rPr>
      </w:pPr>
    </w:p>
    <w:tbl>
      <w:tblPr>
        <w:tblW w:w="9882" w:type="dxa"/>
        <w:tblLayout w:type="fixed"/>
        <w:tblLook w:val="04A0" w:firstRow="1" w:lastRow="0" w:firstColumn="1" w:lastColumn="0" w:noHBand="0" w:noVBand="1"/>
      </w:tblPr>
      <w:tblGrid>
        <w:gridCol w:w="9882"/>
      </w:tblGrid>
      <w:tr w:rsidR="00DB70D6" w:rsidRPr="00EE5094" w14:paraId="36E62134" w14:textId="77777777" w:rsidTr="000D66A6">
        <w:tc>
          <w:tcPr>
            <w:tcW w:w="9882" w:type="dxa"/>
            <w:tcBorders>
              <w:top w:val="single" w:sz="8" w:space="0" w:color="000000"/>
              <w:left w:val="single" w:sz="8" w:space="0" w:color="000000"/>
              <w:bottom w:val="single" w:sz="8" w:space="0" w:color="000000"/>
              <w:right w:val="single" w:sz="8" w:space="0" w:color="000000"/>
            </w:tcBorders>
            <w:vAlign w:val="center"/>
          </w:tcPr>
          <w:p w14:paraId="17F3B002" w14:textId="77777777" w:rsidR="004A153F" w:rsidRPr="00EE5094" w:rsidRDefault="00000000" w:rsidP="000C739F">
            <w:pPr>
              <w:spacing w:after="0"/>
              <w:rPr>
                <w:rFonts w:ascii="Times New Roman" w:hAnsi="Times New Roman" w:cs="Times New Roman"/>
                <w:sz w:val="24"/>
                <w:szCs w:val="24"/>
              </w:rPr>
            </w:pPr>
            <w:r w:rsidRPr="00EE5094">
              <w:rPr>
                <w:rFonts w:ascii="Times New Roman" w:hAnsi="Times New Roman" w:cs="Times New Roman"/>
                <w:b/>
                <w:sz w:val="24"/>
                <w:szCs w:val="24"/>
              </w:rPr>
              <w:t>13. References</w:t>
            </w:r>
          </w:p>
          <w:p w14:paraId="70B3A5A2" w14:textId="4617BE7E" w:rsidR="00DB70D6" w:rsidRPr="00EE5094" w:rsidRDefault="00000000" w:rsidP="000C739F">
            <w:pPr>
              <w:pStyle w:val="ListParagraph"/>
              <w:numPr>
                <w:ilvl w:val="0"/>
                <w:numId w:val="14"/>
              </w:numPr>
              <w:spacing w:after="0"/>
              <w:ind w:left="285" w:hanging="285"/>
              <w:rPr>
                <w:rFonts w:ascii="Times New Roman" w:hAnsi="Times New Roman" w:cs="Times New Roman"/>
                <w:i/>
                <w:iCs/>
                <w:sz w:val="24"/>
                <w:szCs w:val="24"/>
              </w:rPr>
            </w:pPr>
            <w:r w:rsidRPr="00EE5094">
              <w:rPr>
                <w:rFonts w:ascii="Times New Roman" w:hAnsi="Times New Roman" w:cs="Times New Roman"/>
                <w:i/>
                <w:iCs/>
                <w:sz w:val="24"/>
                <w:szCs w:val="24"/>
              </w:rPr>
              <w:t>Is the referencing style appropriate for the discipline and applied consistently throughout the proposal?</w:t>
            </w:r>
          </w:p>
        </w:tc>
      </w:tr>
    </w:tbl>
    <w:p w14:paraId="24E8F63A" w14:textId="77777777" w:rsidR="00F12035" w:rsidRPr="00EE5094" w:rsidRDefault="00F12035" w:rsidP="000C739F">
      <w:pPr>
        <w:spacing w:after="0"/>
        <w:rPr>
          <w:rFonts w:ascii="Times New Roman" w:hAnsi="Times New Roman" w:cs="Times New Roman"/>
          <w:b/>
          <w:sz w:val="24"/>
          <w:szCs w:val="24"/>
        </w:rPr>
      </w:pPr>
    </w:p>
    <w:p w14:paraId="4174C64C"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37E83B09"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p>
    <w:p w14:paraId="24B8BED5" w14:textId="77777777" w:rsidR="00F12035" w:rsidRPr="00EE5094" w:rsidRDefault="00F12035" w:rsidP="000C739F">
      <w:pPr>
        <w:spacing w:after="0"/>
        <w:rPr>
          <w:rFonts w:ascii="Times New Roman" w:hAnsi="Times New Roman" w:cs="Times New Roman"/>
          <w:sz w:val="24"/>
          <w:szCs w:val="24"/>
        </w:rPr>
      </w:pPr>
    </w:p>
    <w:tbl>
      <w:tblPr>
        <w:tblW w:w="9882" w:type="dxa"/>
        <w:jc w:val="center"/>
        <w:tblLayout w:type="fixed"/>
        <w:tblLook w:val="04A0" w:firstRow="1" w:lastRow="0" w:firstColumn="1" w:lastColumn="0" w:noHBand="0" w:noVBand="1"/>
      </w:tblPr>
      <w:tblGrid>
        <w:gridCol w:w="9882"/>
      </w:tblGrid>
      <w:tr w:rsidR="00DB70D6" w:rsidRPr="00EE5094" w14:paraId="34981A3D" w14:textId="77777777" w:rsidTr="000D66A6">
        <w:trPr>
          <w:jc w:val="center"/>
        </w:trPr>
        <w:tc>
          <w:tcPr>
            <w:tcW w:w="9882" w:type="dxa"/>
            <w:tcBorders>
              <w:top w:val="single" w:sz="8" w:space="0" w:color="000000"/>
              <w:left w:val="single" w:sz="8" w:space="0" w:color="000000"/>
              <w:bottom w:val="single" w:sz="8" w:space="0" w:color="000000"/>
              <w:right w:val="single" w:sz="8" w:space="0" w:color="000000"/>
            </w:tcBorders>
            <w:vAlign w:val="center"/>
          </w:tcPr>
          <w:p w14:paraId="0D3A93F8" w14:textId="77777777" w:rsidR="004A153F" w:rsidRPr="00EE5094" w:rsidRDefault="004A153F" w:rsidP="000C739F">
            <w:pPr>
              <w:spacing w:after="0"/>
              <w:rPr>
                <w:rFonts w:ascii="Times New Roman" w:hAnsi="Times New Roman" w:cs="Times New Roman"/>
                <w:sz w:val="24"/>
                <w:szCs w:val="24"/>
              </w:rPr>
            </w:pPr>
            <w:r w:rsidRPr="00EE5094">
              <w:rPr>
                <w:rFonts w:ascii="Times New Roman" w:hAnsi="Times New Roman" w:cs="Times New Roman"/>
                <w:b/>
                <w:sz w:val="24"/>
                <w:szCs w:val="24"/>
              </w:rPr>
              <w:t>14. Milestones and Time Frame</w:t>
            </w:r>
          </w:p>
          <w:p w14:paraId="0C8DBCFE" w14:textId="35620A86" w:rsidR="00DB70D6" w:rsidRPr="00EE5094" w:rsidRDefault="00000000" w:rsidP="000C739F">
            <w:pPr>
              <w:pStyle w:val="ListParagraph"/>
              <w:numPr>
                <w:ilvl w:val="0"/>
                <w:numId w:val="14"/>
              </w:numPr>
              <w:spacing w:after="0"/>
              <w:ind w:left="285" w:hanging="270"/>
              <w:rPr>
                <w:rFonts w:ascii="Times New Roman" w:hAnsi="Times New Roman" w:cs="Times New Roman"/>
                <w:i/>
                <w:iCs/>
                <w:sz w:val="24"/>
                <w:szCs w:val="24"/>
              </w:rPr>
            </w:pPr>
            <w:r w:rsidRPr="00EE5094">
              <w:rPr>
                <w:rFonts w:ascii="Times New Roman" w:hAnsi="Times New Roman" w:cs="Times New Roman"/>
                <w:i/>
                <w:iCs/>
                <w:sz w:val="24"/>
                <w:szCs w:val="24"/>
              </w:rPr>
              <w:t>Are the proposed research activities, milestones, and timeline clearly defined and realistically scheduled within the timeframe?</w:t>
            </w:r>
          </w:p>
        </w:tc>
      </w:tr>
    </w:tbl>
    <w:p w14:paraId="15389696" w14:textId="77777777" w:rsidR="00F12035" w:rsidRPr="00EE5094" w:rsidRDefault="00F12035" w:rsidP="000C739F">
      <w:pPr>
        <w:spacing w:after="0"/>
        <w:rPr>
          <w:rFonts w:ascii="Times New Roman" w:hAnsi="Times New Roman" w:cs="Times New Roman"/>
          <w:b/>
          <w:sz w:val="24"/>
          <w:szCs w:val="24"/>
        </w:rPr>
      </w:pPr>
    </w:p>
    <w:p w14:paraId="7AA93833"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48DDFADB"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p>
    <w:p w14:paraId="0C6B1CE5" w14:textId="77777777" w:rsidR="00F12035" w:rsidRPr="00EE5094" w:rsidRDefault="00F12035" w:rsidP="000C739F">
      <w:pPr>
        <w:spacing w:after="0"/>
        <w:rPr>
          <w:rFonts w:ascii="Times New Roman" w:hAnsi="Times New Roman" w:cs="Times New Roman"/>
          <w:sz w:val="24"/>
          <w:szCs w:val="24"/>
        </w:rPr>
      </w:pPr>
    </w:p>
    <w:tbl>
      <w:tblPr>
        <w:tblW w:w="9891" w:type="dxa"/>
        <w:tblLayout w:type="fixed"/>
        <w:tblLook w:val="04A0" w:firstRow="1" w:lastRow="0" w:firstColumn="1" w:lastColumn="0" w:noHBand="0" w:noVBand="1"/>
      </w:tblPr>
      <w:tblGrid>
        <w:gridCol w:w="9891"/>
      </w:tblGrid>
      <w:tr w:rsidR="00DB70D6" w:rsidRPr="00EE5094" w14:paraId="462020BB" w14:textId="77777777" w:rsidTr="000D66A6">
        <w:tc>
          <w:tcPr>
            <w:tcW w:w="9891" w:type="dxa"/>
            <w:tcBorders>
              <w:top w:val="single" w:sz="8" w:space="0" w:color="000000"/>
              <w:left w:val="single" w:sz="8" w:space="0" w:color="000000"/>
              <w:bottom w:val="single" w:sz="8" w:space="0" w:color="000000"/>
              <w:right w:val="single" w:sz="8" w:space="0" w:color="000000"/>
            </w:tcBorders>
            <w:vAlign w:val="center"/>
          </w:tcPr>
          <w:p w14:paraId="6CBA34ED" w14:textId="77777777" w:rsidR="004A153F" w:rsidRPr="00EE5094" w:rsidRDefault="00000000" w:rsidP="000C739F">
            <w:pPr>
              <w:spacing w:after="0"/>
              <w:rPr>
                <w:rFonts w:ascii="Times New Roman" w:hAnsi="Times New Roman" w:cs="Times New Roman"/>
                <w:sz w:val="24"/>
                <w:szCs w:val="24"/>
              </w:rPr>
            </w:pPr>
            <w:r w:rsidRPr="00EE5094">
              <w:rPr>
                <w:rFonts w:ascii="Times New Roman" w:hAnsi="Times New Roman" w:cs="Times New Roman"/>
                <w:b/>
                <w:sz w:val="24"/>
                <w:szCs w:val="24"/>
              </w:rPr>
              <w:t>15. Data Collection Instruments</w:t>
            </w:r>
          </w:p>
          <w:p w14:paraId="36C5321C" w14:textId="2B76196D" w:rsidR="00DB70D6" w:rsidRPr="00EE5094" w:rsidRDefault="00000000" w:rsidP="000C739F">
            <w:pPr>
              <w:pStyle w:val="ListParagraph"/>
              <w:numPr>
                <w:ilvl w:val="0"/>
                <w:numId w:val="14"/>
              </w:numPr>
              <w:spacing w:after="0"/>
              <w:ind w:left="285" w:hanging="270"/>
              <w:rPr>
                <w:rFonts w:ascii="Times New Roman" w:hAnsi="Times New Roman" w:cs="Times New Roman"/>
                <w:i/>
                <w:iCs/>
                <w:sz w:val="24"/>
                <w:szCs w:val="24"/>
              </w:rPr>
            </w:pPr>
            <w:r w:rsidRPr="00EE5094">
              <w:rPr>
                <w:rFonts w:ascii="Times New Roman" w:hAnsi="Times New Roman" w:cs="Times New Roman"/>
                <w:i/>
                <w:iCs/>
                <w:sz w:val="24"/>
                <w:szCs w:val="24"/>
              </w:rPr>
              <w:t>Are the appropriate data collection instruments clearly identified and, where applicable, included in the appendix?</w:t>
            </w:r>
          </w:p>
        </w:tc>
      </w:tr>
    </w:tbl>
    <w:p w14:paraId="2E97B649" w14:textId="77777777" w:rsidR="00F12035" w:rsidRPr="00EE5094" w:rsidRDefault="00F12035" w:rsidP="000C739F">
      <w:pPr>
        <w:spacing w:after="0"/>
        <w:rPr>
          <w:rFonts w:ascii="Times New Roman" w:hAnsi="Times New Roman" w:cs="Times New Roman"/>
          <w:b/>
          <w:sz w:val="24"/>
          <w:szCs w:val="24"/>
        </w:rPr>
      </w:pPr>
    </w:p>
    <w:p w14:paraId="41901B99"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507F973F"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p>
    <w:p w14:paraId="57ECA8FC" w14:textId="77777777" w:rsidR="00F12035" w:rsidRDefault="00F12035" w:rsidP="000C739F">
      <w:pPr>
        <w:spacing w:after="0"/>
        <w:rPr>
          <w:rFonts w:ascii="Times New Roman" w:hAnsi="Times New Roman" w:cs="Times New Roman"/>
          <w:sz w:val="24"/>
          <w:szCs w:val="24"/>
        </w:rPr>
      </w:pPr>
    </w:p>
    <w:p w14:paraId="4FA9F078" w14:textId="77777777" w:rsidR="000D66A6" w:rsidRDefault="000D66A6" w:rsidP="000C739F">
      <w:pPr>
        <w:spacing w:after="0"/>
        <w:rPr>
          <w:rFonts w:ascii="Times New Roman" w:hAnsi="Times New Roman" w:cs="Times New Roman"/>
          <w:sz w:val="24"/>
          <w:szCs w:val="24"/>
        </w:rPr>
      </w:pPr>
    </w:p>
    <w:p w14:paraId="1A6CD1EE" w14:textId="77777777" w:rsidR="000D66A6" w:rsidRDefault="000D66A6" w:rsidP="000C739F">
      <w:pPr>
        <w:spacing w:after="0"/>
        <w:rPr>
          <w:rFonts w:ascii="Times New Roman" w:hAnsi="Times New Roman" w:cs="Times New Roman"/>
          <w:sz w:val="24"/>
          <w:szCs w:val="24"/>
        </w:rPr>
      </w:pPr>
    </w:p>
    <w:p w14:paraId="3280BA7E" w14:textId="77777777" w:rsidR="000D66A6" w:rsidRDefault="000D66A6" w:rsidP="000C739F">
      <w:pPr>
        <w:spacing w:after="0"/>
        <w:rPr>
          <w:rFonts w:ascii="Times New Roman" w:hAnsi="Times New Roman" w:cs="Times New Roman"/>
          <w:sz w:val="24"/>
          <w:szCs w:val="24"/>
        </w:rPr>
      </w:pPr>
    </w:p>
    <w:p w14:paraId="20BD5E20" w14:textId="77777777" w:rsidR="000D66A6" w:rsidRPr="00EE5094" w:rsidRDefault="000D66A6" w:rsidP="000C739F">
      <w:pPr>
        <w:spacing w:after="0"/>
        <w:rPr>
          <w:rFonts w:ascii="Times New Roman" w:hAnsi="Times New Roman" w:cs="Times New Roman"/>
          <w:sz w:val="24"/>
          <w:szCs w:val="24"/>
        </w:rPr>
      </w:pPr>
    </w:p>
    <w:tbl>
      <w:tblPr>
        <w:tblW w:w="9855" w:type="dxa"/>
        <w:tblLayout w:type="fixed"/>
        <w:tblLook w:val="04A0" w:firstRow="1" w:lastRow="0" w:firstColumn="1" w:lastColumn="0" w:noHBand="0" w:noVBand="1"/>
      </w:tblPr>
      <w:tblGrid>
        <w:gridCol w:w="9855"/>
      </w:tblGrid>
      <w:tr w:rsidR="00DB70D6" w:rsidRPr="00EE5094" w14:paraId="196492AD" w14:textId="77777777" w:rsidTr="000D66A6">
        <w:tc>
          <w:tcPr>
            <w:tcW w:w="9855" w:type="dxa"/>
            <w:tcBorders>
              <w:top w:val="single" w:sz="8" w:space="0" w:color="000000"/>
              <w:left w:val="single" w:sz="8" w:space="0" w:color="000000"/>
              <w:bottom w:val="single" w:sz="8" w:space="0" w:color="000000"/>
              <w:right w:val="single" w:sz="8" w:space="0" w:color="000000"/>
            </w:tcBorders>
            <w:vAlign w:val="center"/>
          </w:tcPr>
          <w:p w14:paraId="05CCAF5B" w14:textId="77777777" w:rsidR="00DB70D6" w:rsidRPr="00EE5094" w:rsidRDefault="00000000" w:rsidP="000C739F">
            <w:pPr>
              <w:spacing w:after="0"/>
              <w:rPr>
                <w:rFonts w:ascii="Times New Roman" w:hAnsi="Times New Roman" w:cs="Times New Roman"/>
                <w:sz w:val="24"/>
                <w:szCs w:val="24"/>
              </w:rPr>
            </w:pPr>
            <w:r w:rsidRPr="00EE5094">
              <w:rPr>
                <w:rFonts w:ascii="Times New Roman" w:hAnsi="Times New Roman" w:cs="Times New Roman"/>
                <w:b/>
                <w:sz w:val="24"/>
                <w:szCs w:val="24"/>
              </w:rPr>
              <w:lastRenderedPageBreak/>
              <w:t>16.   Budget</w:t>
            </w:r>
          </w:p>
          <w:p w14:paraId="186FF05B" w14:textId="73F2CD3C" w:rsidR="00DB70D6" w:rsidRPr="00EE5094" w:rsidRDefault="00000000" w:rsidP="000C739F">
            <w:pPr>
              <w:pStyle w:val="ListParagraph"/>
              <w:numPr>
                <w:ilvl w:val="0"/>
                <w:numId w:val="14"/>
              </w:numPr>
              <w:spacing w:after="0"/>
              <w:ind w:left="195" w:hanging="195"/>
              <w:rPr>
                <w:rFonts w:ascii="Times New Roman" w:hAnsi="Times New Roman" w:cs="Times New Roman"/>
                <w:i/>
                <w:iCs/>
                <w:sz w:val="24"/>
                <w:szCs w:val="24"/>
              </w:rPr>
            </w:pPr>
            <w:r w:rsidRPr="00EE5094">
              <w:rPr>
                <w:rFonts w:ascii="Times New Roman" w:hAnsi="Times New Roman" w:cs="Times New Roman"/>
                <w:i/>
                <w:iCs/>
                <w:sz w:val="24"/>
                <w:szCs w:val="24"/>
              </w:rPr>
              <w:t>Does the proposal include a clear research schedule and a detailed, realistic budget, with each expense adequately justified?</w:t>
            </w:r>
          </w:p>
        </w:tc>
      </w:tr>
    </w:tbl>
    <w:p w14:paraId="16454E00" w14:textId="77777777" w:rsidR="004A153F" w:rsidRPr="00EE5094" w:rsidRDefault="004A153F" w:rsidP="000C739F">
      <w:pPr>
        <w:spacing w:after="0"/>
        <w:rPr>
          <w:rFonts w:ascii="Times New Roman" w:hAnsi="Times New Roman" w:cs="Times New Roman"/>
          <w:b/>
          <w:sz w:val="24"/>
          <w:szCs w:val="24"/>
        </w:rPr>
      </w:pPr>
    </w:p>
    <w:p w14:paraId="48B98D35"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116B188D"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p>
    <w:p w14:paraId="1B4DD9FD" w14:textId="77777777" w:rsidR="00F12035" w:rsidRPr="00EE5094" w:rsidRDefault="00F12035" w:rsidP="000C739F">
      <w:pPr>
        <w:spacing w:after="0"/>
        <w:rPr>
          <w:rFonts w:ascii="Times New Roman" w:hAnsi="Times New Roman" w:cs="Times New Roman"/>
          <w:sz w:val="24"/>
          <w:szCs w:val="24"/>
        </w:rPr>
      </w:pPr>
    </w:p>
    <w:tbl>
      <w:tblPr>
        <w:tblW w:w="9844" w:type="dxa"/>
        <w:tblLayout w:type="fixed"/>
        <w:tblLook w:val="04A0" w:firstRow="1" w:lastRow="0" w:firstColumn="1" w:lastColumn="0" w:noHBand="0" w:noVBand="1"/>
      </w:tblPr>
      <w:tblGrid>
        <w:gridCol w:w="9844"/>
      </w:tblGrid>
      <w:tr w:rsidR="00DB70D6" w:rsidRPr="00EE5094" w14:paraId="3D0D74AE" w14:textId="77777777" w:rsidTr="000D66A6">
        <w:tc>
          <w:tcPr>
            <w:tcW w:w="9844" w:type="dxa"/>
            <w:tcBorders>
              <w:top w:val="single" w:sz="8" w:space="0" w:color="000000"/>
              <w:left w:val="single" w:sz="8" w:space="0" w:color="000000"/>
              <w:bottom w:val="single" w:sz="8" w:space="0" w:color="000000"/>
              <w:right w:val="single" w:sz="8" w:space="0" w:color="000000"/>
            </w:tcBorders>
            <w:vAlign w:val="center"/>
          </w:tcPr>
          <w:p w14:paraId="4374A520" w14:textId="5AE1228F" w:rsidR="00DB70D6" w:rsidRPr="00EE5094" w:rsidRDefault="00000000" w:rsidP="000C739F">
            <w:pPr>
              <w:spacing w:after="0"/>
              <w:rPr>
                <w:rFonts w:ascii="Times New Roman" w:hAnsi="Times New Roman" w:cs="Times New Roman"/>
                <w:sz w:val="24"/>
                <w:szCs w:val="24"/>
              </w:rPr>
            </w:pPr>
            <w:r w:rsidRPr="00EE5094">
              <w:rPr>
                <w:rFonts w:ascii="Times New Roman" w:hAnsi="Times New Roman" w:cs="Times New Roman"/>
                <w:b/>
                <w:sz w:val="24"/>
                <w:szCs w:val="24"/>
              </w:rPr>
              <w:t>17. Additional comments</w:t>
            </w:r>
          </w:p>
          <w:p w14:paraId="6CEF8D52" w14:textId="5BA57B6E" w:rsidR="00DB70D6" w:rsidRPr="00EE5094" w:rsidRDefault="00000000" w:rsidP="000C739F">
            <w:pPr>
              <w:pStyle w:val="ListParagraph"/>
              <w:numPr>
                <w:ilvl w:val="0"/>
                <w:numId w:val="14"/>
              </w:numPr>
              <w:spacing w:after="0"/>
              <w:ind w:left="285" w:hanging="270"/>
              <w:rPr>
                <w:rFonts w:ascii="Times New Roman" w:hAnsi="Times New Roman" w:cs="Times New Roman"/>
                <w:i/>
                <w:iCs/>
                <w:sz w:val="24"/>
                <w:szCs w:val="24"/>
              </w:rPr>
            </w:pPr>
            <w:r w:rsidRPr="00EE5094">
              <w:rPr>
                <w:rFonts w:ascii="Times New Roman" w:hAnsi="Times New Roman" w:cs="Times New Roman"/>
                <w:i/>
                <w:iCs/>
                <w:sz w:val="24"/>
                <w:szCs w:val="24"/>
              </w:rPr>
              <w:t>Please provide your comments, if any.</w:t>
            </w:r>
          </w:p>
        </w:tc>
      </w:tr>
    </w:tbl>
    <w:p w14:paraId="6182F52B" w14:textId="77777777" w:rsidR="00EE5094" w:rsidRPr="00EE5094" w:rsidRDefault="00EE5094" w:rsidP="000C739F">
      <w:pPr>
        <w:spacing w:after="0"/>
        <w:rPr>
          <w:rFonts w:ascii="Times New Roman" w:hAnsi="Times New Roman" w:cs="Times New Roman"/>
          <w:b/>
          <w:sz w:val="24"/>
          <w:szCs w:val="24"/>
        </w:rPr>
      </w:pPr>
    </w:p>
    <w:p w14:paraId="5F5C943B"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b/>
          <w:sz w:val="24"/>
          <w:szCs w:val="24"/>
        </w:rPr>
        <w:t>Reviewer’s Comment/s:</w:t>
      </w:r>
    </w:p>
    <w:p w14:paraId="7DAF74D2" w14:textId="77777777" w:rsidR="000D66A6" w:rsidRPr="00EE5094" w:rsidRDefault="000D66A6" w:rsidP="000D66A6">
      <w:pPr>
        <w:spacing w:after="0"/>
        <w:ind w:left="-90"/>
        <w:rPr>
          <w:rFonts w:ascii="Times New Roman" w:hAnsi="Times New Roman" w:cs="Times New Roman"/>
          <w:sz w:val="24"/>
          <w:szCs w:val="24"/>
        </w:rPr>
      </w:pP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r w:rsidRPr="00EE5094">
        <w:rPr>
          <w:rFonts w:ascii="Times New Roman" w:hAnsi="Times New Roman" w:cs="Times New Roman"/>
          <w:sz w:val="24"/>
          <w:szCs w:val="24"/>
        </w:rPr>
        <w:t>…………………………………………………………………………………………………………</w:t>
      </w:r>
      <w:r>
        <w:rPr>
          <w:rFonts w:ascii="Times New Roman" w:hAnsi="Times New Roman" w:cs="Times New Roman"/>
          <w:sz w:val="24"/>
          <w:szCs w:val="24"/>
        </w:rPr>
        <w:t>.</w:t>
      </w:r>
    </w:p>
    <w:p w14:paraId="532C0E97" w14:textId="77777777" w:rsidR="00F12035" w:rsidRDefault="00F12035" w:rsidP="000C739F">
      <w:pPr>
        <w:spacing w:after="0"/>
        <w:rPr>
          <w:rFonts w:ascii="Times New Roman" w:hAnsi="Times New Roman" w:cs="Times New Roman"/>
          <w:b/>
          <w:sz w:val="24"/>
          <w:szCs w:val="24"/>
        </w:rPr>
      </w:pPr>
    </w:p>
    <w:p w14:paraId="3A44DDE3" w14:textId="77777777" w:rsidR="000C739F" w:rsidRPr="00EE5094" w:rsidRDefault="000C739F" w:rsidP="000C739F">
      <w:pPr>
        <w:spacing w:after="0"/>
        <w:rPr>
          <w:rFonts w:ascii="Times New Roman" w:hAnsi="Times New Roman" w:cs="Times New Roman"/>
          <w:b/>
          <w:sz w:val="24"/>
          <w:szCs w:val="24"/>
        </w:rPr>
      </w:pPr>
    </w:p>
    <w:p w14:paraId="7F3163D4" w14:textId="14B086B2" w:rsidR="00DB70D6" w:rsidRPr="00EE5094" w:rsidRDefault="00000000" w:rsidP="000C73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sz w:val="28"/>
          <w:szCs w:val="28"/>
        </w:rPr>
      </w:pPr>
      <w:r w:rsidRPr="00EE5094">
        <w:rPr>
          <w:rFonts w:ascii="Times New Roman" w:hAnsi="Times New Roman" w:cs="Times New Roman"/>
          <w:b/>
          <w:sz w:val="28"/>
          <w:szCs w:val="28"/>
        </w:rPr>
        <w:t>Decision:</w:t>
      </w:r>
    </w:p>
    <w:p w14:paraId="24CFC297" w14:textId="77777777" w:rsidR="00DB70D6" w:rsidRPr="000C2C2D" w:rsidRDefault="00000000" w:rsidP="000C73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b/>
          <w:bCs/>
          <w:sz w:val="26"/>
          <w:szCs w:val="26"/>
        </w:rPr>
      </w:pPr>
      <w:r w:rsidRPr="000C2C2D">
        <w:rPr>
          <w:rFonts w:ascii="Segoe UI Symbol" w:hAnsi="Segoe UI Symbol" w:cs="Segoe UI Symbol"/>
          <w:b/>
          <w:bCs/>
          <w:sz w:val="26"/>
          <w:szCs w:val="26"/>
        </w:rPr>
        <w:t>☐</w:t>
      </w:r>
      <w:r w:rsidRPr="000C2C2D">
        <w:rPr>
          <w:rFonts w:ascii="Times New Roman" w:hAnsi="Times New Roman" w:cs="Times New Roman"/>
          <w:b/>
          <w:bCs/>
          <w:sz w:val="26"/>
          <w:szCs w:val="26"/>
        </w:rPr>
        <w:t xml:space="preserve">    Accepted</w:t>
      </w:r>
    </w:p>
    <w:p w14:paraId="5168D706" w14:textId="77777777" w:rsidR="00DB70D6" w:rsidRPr="000C2C2D" w:rsidRDefault="00000000" w:rsidP="000C73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b/>
          <w:bCs/>
          <w:sz w:val="26"/>
          <w:szCs w:val="26"/>
        </w:rPr>
      </w:pPr>
      <w:r w:rsidRPr="000C2C2D">
        <w:rPr>
          <w:rFonts w:ascii="Segoe UI Symbol" w:hAnsi="Segoe UI Symbol" w:cs="Segoe UI Symbol"/>
          <w:b/>
          <w:bCs/>
          <w:sz w:val="26"/>
          <w:szCs w:val="26"/>
        </w:rPr>
        <w:t>☐</w:t>
      </w:r>
      <w:r w:rsidRPr="000C2C2D">
        <w:rPr>
          <w:rFonts w:ascii="Times New Roman" w:hAnsi="Times New Roman" w:cs="Times New Roman"/>
          <w:b/>
          <w:bCs/>
          <w:sz w:val="26"/>
          <w:szCs w:val="26"/>
        </w:rPr>
        <w:t xml:space="preserve">    Minor Modification</w:t>
      </w:r>
    </w:p>
    <w:p w14:paraId="3E0DD58D" w14:textId="77777777" w:rsidR="00DB70D6" w:rsidRPr="000C2C2D" w:rsidRDefault="00000000" w:rsidP="000C739F">
      <w:pPr>
        <w:pBdr>
          <w:top w:val="single" w:sz="4" w:space="1" w:color="auto"/>
          <w:left w:val="single" w:sz="4" w:space="4" w:color="auto"/>
          <w:bottom w:val="single" w:sz="4" w:space="1" w:color="auto"/>
          <w:right w:val="single" w:sz="4" w:space="4" w:color="auto"/>
        </w:pBdr>
        <w:spacing w:after="0"/>
        <w:rPr>
          <w:rFonts w:ascii="Times New Roman" w:hAnsi="Times New Roman" w:cs="Times New Roman"/>
          <w:b/>
          <w:bCs/>
          <w:sz w:val="26"/>
          <w:szCs w:val="26"/>
        </w:rPr>
      </w:pPr>
      <w:r w:rsidRPr="000C2C2D">
        <w:rPr>
          <w:rFonts w:ascii="Segoe UI Symbol" w:hAnsi="Segoe UI Symbol" w:cs="Segoe UI Symbol"/>
          <w:b/>
          <w:bCs/>
          <w:sz w:val="26"/>
          <w:szCs w:val="26"/>
        </w:rPr>
        <w:t>☐</w:t>
      </w:r>
      <w:r w:rsidRPr="000C2C2D">
        <w:rPr>
          <w:rFonts w:ascii="Times New Roman" w:hAnsi="Times New Roman" w:cs="Times New Roman"/>
          <w:b/>
          <w:bCs/>
          <w:sz w:val="26"/>
          <w:szCs w:val="26"/>
        </w:rPr>
        <w:t xml:space="preserve">    Major Modification</w:t>
      </w:r>
    </w:p>
    <w:p w14:paraId="005EB67D" w14:textId="77777777" w:rsidR="00F12035" w:rsidRPr="00EE5094" w:rsidRDefault="00F12035" w:rsidP="000C739F">
      <w:pPr>
        <w:spacing w:after="0"/>
        <w:rPr>
          <w:rFonts w:ascii="Times New Roman" w:hAnsi="Times New Roman" w:cs="Times New Roman"/>
          <w:sz w:val="24"/>
          <w:szCs w:val="24"/>
        </w:rPr>
      </w:pPr>
    </w:p>
    <w:p w14:paraId="1F41624E" w14:textId="77777777" w:rsidR="00F12035" w:rsidRPr="00EE5094" w:rsidRDefault="00F12035" w:rsidP="000C739F">
      <w:pPr>
        <w:spacing w:after="0"/>
        <w:rPr>
          <w:rFonts w:ascii="Times New Roman" w:hAnsi="Times New Roman" w:cs="Times New Roman"/>
          <w:sz w:val="24"/>
          <w:szCs w:val="24"/>
        </w:rPr>
      </w:pPr>
    </w:p>
    <w:p w14:paraId="599F8966" w14:textId="77777777" w:rsidR="00EE5094" w:rsidRPr="00EE5094" w:rsidRDefault="00EE5094" w:rsidP="000C739F">
      <w:pPr>
        <w:spacing w:after="0"/>
        <w:rPr>
          <w:rFonts w:ascii="Times New Roman" w:hAnsi="Times New Roman" w:cs="Times New Roman"/>
          <w:sz w:val="24"/>
          <w:szCs w:val="24"/>
        </w:rPr>
      </w:pPr>
    </w:p>
    <w:p w14:paraId="7F6507A7" w14:textId="77777777" w:rsidR="00EE5094" w:rsidRPr="00EE5094" w:rsidRDefault="00EE5094" w:rsidP="000C739F">
      <w:pPr>
        <w:spacing w:after="0"/>
        <w:rPr>
          <w:rFonts w:ascii="Times New Roman" w:hAnsi="Times New Roman" w:cs="Times New Roman"/>
          <w:sz w:val="24"/>
          <w:szCs w:val="24"/>
        </w:rPr>
      </w:pPr>
    </w:p>
    <w:p w14:paraId="7168B4E1" w14:textId="77777777" w:rsidR="00EE5094" w:rsidRDefault="00EE5094" w:rsidP="000C739F">
      <w:pPr>
        <w:spacing w:after="0"/>
        <w:rPr>
          <w:rFonts w:ascii="Times New Roman" w:hAnsi="Times New Roman" w:cs="Times New Roman"/>
          <w:sz w:val="24"/>
          <w:szCs w:val="24"/>
        </w:rPr>
      </w:pPr>
    </w:p>
    <w:p w14:paraId="18EFE4F0" w14:textId="77777777" w:rsidR="000C2C2D" w:rsidRPr="00EE5094" w:rsidRDefault="000C2C2D" w:rsidP="000C739F">
      <w:pPr>
        <w:spacing w:after="0"/>
        <w:rPr>
          <w:rFonts w:ascii="Times New Roman" w:hAnsi="Times New Roman" w:cs="Times New Roman"/>
          <w:sz w:val="24"/>
          <w:szCs w:val="24"/>
        </w:rPr>
      </w:pPr>
    </w:p>
    <w:p w14:paraId="0B05C569" w14:textId="77777777" w:rsidR="00EE5094" w:rsidRPr="00EE5094" w:rsidRDefault="00EE5094" w:rsidP="000C739F">
      <w:pPr>
        <w:spacing w:after="0"/>
        <w:rPr>
          <w:rFonts w:ascii="Times New Roman" w:hAnsi="Times New Roman" w:cs="Times New Roman"/>
          <w:sz w:val="24"/>
          <w:szCs w:val="24"/>
        </w:rPr>
      </w:pPr>
    </w:p>
    <w:p w14:paraId="33C649EE" w14:textId="77777777" w:rsidR="00DB70D6" w:rsidRPr="00EE5094" w:rsidRDefault="00000000" w:rsidP="000C739F">
      <w:pPr>
        <w:spacing w:after="0"/>
        <w:jc w:val="right"/>
        <w:rPr>
          <w:rFonts w:ascii="Times New Roman" w:hAnsi="Times New Roman" w:cs="Times New Roman"/>
          <w:sz w:val="24"/>
          <w:szCs w:val="24"/>
        </w:rPr>
      </w:pPr>
      <w:r w:rsidRPr="00EE5094">
        <w:rPr>
          <w:rFonts w:ascii="Times New Roman" w:hAnsi="Times New Roman" w:cs="Times New Roman"/>
          <w:sz w:val="24"/>
          <w:szCs w:val="24"/>
        </w:rPr>
        <w:t>……………………………………</w:t>
      </w:r>
    </w:p>
    <w:p w14:paraId="590F02C8" w14:textId="77777777" w:rsidR="00DB70D6" w:rsidRPr="000C2C2D" w:rsidRDefault="00000000" w:rsidP="000C739F">
      <w:pPr>
        <w:spacing w:after="0"/>
        <w:jc w:val="right"/>
        <w:rPr>
          <w:rFonts w:ascii="Times New Roman" w:hAnsi="Times New Roman" w:cs="Times New Roman"/>
          <w:sz w:val="26"/>
          <w:szCs w:val="26"/>
        </w:rPr>
      </w:pPr>
      <w:r w:rsidRPr="000C2C2D">
        <w:rPr>
          <w:rFonts w:ascii="Times New Roman" w:hAnsi="Times New Roman" w:cs="Times New Roman"/>
          <w:sz w:val="26"/>
          <w:szCs w:val="26"/>
        </w:rPr>
        <w:t>Name with signature and date</w:t>
      </w:r>
    </w:p>
    <w:sectPr w:rsidR="00DB70D6" w:rsidRPr="000C2C2D" w:rsidSect="003F0688">
      <w:footerReference w:type="default" r:id="rId9"/>
      <w:pgSz w:w="12240" w:h="15840"/>
      <w:pgMar w:top="1440" w:right="1152"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BB0B9" w14:textId="77777777" w:rsidR="00A00CB9" w:rsidRDefault="00A00CB9">
      <w:pPr>
        <w:spacing w:after="0" w:line="240" w:lineRule="auto"/>
      </w:pPr>
      <w:r>
        <w:separator/>
      </w:r>
    </w:p>
  </w:endnote>
  <w:endnote w:type="continuationSeparator" w:id="0">
    <w:p w14:paraId="53BD520E" w14:textId="77777777" w:rsidR="00A00CB9" w:rsidRDefault="00A00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2405341"/>
      <w:docPartObj>
        <w:docPartGallery w:val="Page Numbers (Bottom of Page)"/>
        <w:docPartUnique/>
      </w:docPartObj>
    </w:sdtPr>
    <w:sdtContent>
      <w:sdt>
        <w:sdtPr>
          <w:id w:val="-1769616900"/>
          <w:docPartObj>
            <w:docPartGallery w:val="Page Numbers (Top of Page)"/>
            <w:docPartUnique/>
          </w:docPartObj>
        </w:sdtPr>
        <w:sdtContent>
          <w:p w14:paraId="55A3CB89" w14:textId="37EC4A33" w:rsidR="00103B1C" w:rsidRDefault="00103B1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62D5CC6" w14:textId="6575073E" w:rsidR="00DB70D6" w:rsidRDefault="00DB70D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90222" w14:textId="77777777" w:rsidR="00A00CB9" w:rsidRDefault="00A00CB9">
      <w:pPr>
        <w:spacing w:after="0" w:line="240" w:lineRule="auto"/>
      </w:pPr>
      <w:r>
        <w:separator/>
      </w:r>
    </w:p>
  </w:footnote>
  <w:footnote w:type="continuationSeparator" w:id="0">
    <w:p w14:paraId="301E59C7" w14:textId="77777777" w:rsidR="00A00CB9" w:rsidRDefault="00A00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56DC7"/>
    <w:multiLevelType w:val="hybridMultilevel"/>
    <w:tmpl w:val="5AA0130A"/>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A57BF7"/>
    <w:multiLevelType w:val="hybridMultilevel"/>
    <w:tmpl w:val="405A4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E132DD"/>
    <w:multiLevelType w:val="hybridMultilevel"/>
    <w:tmpl w:val="26CCC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3E7B30"/>
    <w:multiLevelType w:val="hybridMultilevel"/>
    <w:tmpl w:val="183E49D8"/>
    <w:lvl w:ilvl="0" w:tplc="57F844E2">
      <w:numFmt w:val="bullet"/>
      <w:lvlText w:val="·"/>
      <w:lvlJc w:val="left"/>
      <w:pPr>
        <w:ind w:left="432" w:hanging="360"/>
      </w:pPr>
      <w:rPr>
        <w:rFonts w:ascii="Times New Roman" w:eastAsiaTheme="minorEastAsia" w:hAnsi="Times New Roman" w:cs="Times New Roman"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3" w15:restartNumberingAfterBreak="0">
    <w:nsid w:val="5AF11D4F"/>
    <w:multiLevelType w:val="hybridMultilevel"/>
    <w:tmpl w:val="EE48F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9716467">
    <w:abstractNumId w:val="8"/>
  </w:num>
  <w:num w:numId="2" w16cid:durableId="561256565">
    <w:abstractNumId w:val="6"/>
  </w:num>
  <w:num w:numId="3" w16cid:durableId="864177956">
    <w:abstractNumId w:val="5"/>
  </w:num>
  <w:num w:numId="4" w16cid:durableId="572395713">
    <w:abstractNumId w:val="4"/>
  </w:num>
  <w:num w:numId="5" w16cid:durableId="721708089">
    <w:abstractNumId w:val="7"/>
  </w:num>
  <w:num w:numId="6" w16cid:durableId="1715035633">
    <w:abstractNumId w:val="3"/>
  </w:num>
  <w:num w:numId="7" w16cid:durableId="1045135229">
    <w:abstractNumId w:val="2"/>
  </w:num>
  <w:num w:numId="8" w16cid:durableId="2073573265">
    <w:abstractNumId w:val="1"/>
  </w:num>
  <w:num w:numId="9" w16cid:durableId="27799018">
    <w:abstractNumId w:val="0"/>
  </w:num>
  <w:num w:numId="10" w16cid:durableId="1585144759">
    <w:abstractNumId w:val="11"/>
  </w:num>
  <w:num w:numId="11" w16cid:durableId="1892644782">
    <w:abstractNumId w:val="10"/>
  </w:num>
  <w:num w:numId="12" w16cid:durableId="1620523285">
    <w:abstractNumId w:val="12"/>
  </w:num>
  <w:num w:numId="13" w16cid:durableId="1365136432">
    <w:abstractNumId w:val="9"/>
  </w:num>
  <w:num w:numId="14" w16cid:durableId="21259270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60BA"/>
    <w:rsid w:val="00034616"/>
    <w:rsid w:val="0006063C"/>
    <w:rsid w:val="000C2C2D"/>
    <w:rsid w:val="000C739F"/>
    <w:rsid w:val="000D66A6"/>
    <w:rsid w:val="00103B1C"/>
    <w:rsid w:val="0015074B"/>
    <w:rsid w:val="0017758B"/>
    <w:rsid w:val="001D1B00"/>
    <w:rsid w:val="00237C71"/>
    <w:rsid w:val="0029639D"/>
    <w:rsid w:val="002C5207"/>
    <w:rsid w:val="00326F90"/>
    <w:rsid w:val="00356F3E"/>
    <w:rsid w:val="00387747"/>
    <w:rsid w:val="003D0274"/>
    <w:rsid w:val="003F0688"/>
    <w:rsid w:val="004868DE"/>
    <w:rsid w:val="004936DC"/>
    <w:rsid w:val="00496BFD"/>
    <w:rsid w:val="004A153F"/>
    <w:rsid w:val="00523347"/>
    <w:rsid w:val="005C5E93"/>
    <w:rsid w:val="00715C9F"/>
    <w:rsid w:val="007574E4"/>
    <w:rsid w:val="008046E6"/>
    <w:rsid w:val="008E4CE7"/>
    <w:rsid w:val="00A00CB9"/>
    <w:rsid w:val="00A1669E"/>
    <w:rsid w:val="00A31390"/>
    <w:rsid w:val="00A5222A"/>
    <w:rsid w:val="00AA1D8D"/>
    <w:rsid w:val="00B47730"/>
    <w:rsid w:val="00C55904"/>
    <w:rsid w:val="00C6180B"/>
    <w:rsid w:val="00C73896"/>
    <w:rsid w:val="00CB0664"/>
    <w:rsid w:val="00D02DE1"/>
    <w:rsid w:val="00DB70D6"/>
    <w:rsid w:val="00DF0E9F"/>
    <w:rsid w:val="00E82BFB"/>
    <w:rsid w:val="00EE38C2"/>
    <w:rsid w:val="00EE5094"/>
    <w:rsid w:val="00F12035"/>
    <w:rsid w:val="00F37D3E"/>
    <w:rsid w:val="00FC693F"/>
    <w:rsid w:val="00FE44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2B0361"/>
  <w14:defaultImageDpi w14:val="300"/>
  <w15:docId w15:val="{335C1B9F-73B9-4CC0-8BB6-ACD5FD779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5</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Aynun Nahar</cp:lastModifiedBy>
  <cp:revision>32</cp:revision>
  <dcterms:created xsi:type="dcterms:W3CDTF">2013-12-23T23:15:00Z</dcterms:created>
  <dcterms:modified xsi:type="dcterms:W3CDTF">2026-08-20T06:17:00Z</dcterms:modified>
  <cp:category/>
</cp:coreProperties>
</file>